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FF70AC" w:rsidRPr="00370F20" w:rsidRDefault="00FF70AC">
      <w:pPr>
        <w:rPr>
          <w:lang w:val="nn-NO"/>
        </w:rPr>
      </w:pPr>
    </w:p>
    <w:p w14:paraId="295F0174" w14:textId="77777777" w:rsidR="00FF70AC" w:rsidRPr="00370F20" w:rsidRDefault="0035609F" w:rsidP="00294B6E">
      <w:pPr>
        <w:pStyle w:val="Overskrift1"/>
        <w:spacing w:before="0" w:line="240" w:lineRule="auto"/>
        <w:rPr>
          <w:rStyle w:val="Sterk"/>
          <w:lang w:val="nn-NO"/>
        </w:rPr>
      </w:pPr>
      <w:r w:rsidRPr="00370F20">
        <w:rPr>
          <w:rStyle w:val="Sterk"/>
          <w:lang w:val="nn-NO"/>
        </w:rPr>
        <w:t>Elektronisk medisineringsstøtte</w:t>
      </w:r>
    </w:p>
    <w:p w14:paraId="0AA22751" w14:textId="3D1284AF" w:rsidR="00FF70AC" w:rsidRPr="00370F20" w:rsidRDefault="0035609F" w:rsidP="007D74E5">
      <w:pPr>
        <w:pStyle w:val="Tittel"/>
        <w:rPr>
          <w:lang w:val="nn-NO"/>
        </w:rPr>
      </w:pPr>
      <w:r w:rsidRPr="00370F20">
        <w:rPr>
          <w:lang w:val="nn-NO"/>
        </w:rPr>
        <w:t xml:space="preserve">Opplæring ved oppstart av </w:t>
      </w:r>
      <w:proofErr w:type="spellStart"/>
      <w:r w:rsidRPr="00370F20">
        <w:rPr>
          <w:lang w:val="nn-NO"/>
        </w:rPr>
        <w:t>medisindispensar</w:t>
      </w:r>
      <w:proofErr w:type="spellEnd"/>
      <w:r w:rsidR="00203F69" w:rsidRPr="00370F20">
        <w:rPr>
          <w:lang w:val="nn-NO"/>
        </w:rPr>
        <w:t xml:space="preserve"> </w:t>
      </w:r>
    </w:p>
    <w:p w14:paraId="0A37501D" w14:textId="77777777" w:rsidR="00FF70AC" w:rsidRPr="00370F20" w:rsidRDefault="00FF70AC">
      <w:pPr>
        <w:rPr>
          <w:lang w:val="nn-NO"/>
        </w:rPr>
      </w:pPr>
    </w:p>
    <w:p w14:paraId="2442AE4A" w14:textId="637FA6CA" w:rsidR="00FF70AC" w:rsidRPr="00370F20" w:rsidRDefault="0035609F" w:rsidP="00760933">
      <w:pPr>
        <w:pStyle w:val="Overskrift1"/>
        <w:rPr>
          <w:lang w:val="nn-NO"/>
        </w:rPr>
      </w:pPr>
      <w:r w:rsidRPr="00370F20">
        <w:rPr>
          <w:lang w:val="nn-NO"/>
        </w:rPr>
        <w:t>Omfang/</w:t>
      </w:r>
      <w:r w:rsidR="00370F20" w:rsidRPr="00370F20">
        <w:rPr>
          <w:lang w:val="nn-NO"/>
        </w:rPr>
        <w:t>Verkeområde</w:t>
      </w:r>
    </w:p>
    <w:p w14:paraId="5DD7E919" w14:textId="4D25003B" w:rsidR="00FF70AC" w:rsidRPr="00370F20" w:rsidRDefault="0035609F">
      <w:pPr>
        <w:rPr>
          <w:lang w:val="nn-NO"/>
        </w:rPr>
      </w:pPr>
      <w:r w:rsidRPr="00370F20">
        <w:rPr>
          <w:lang w:val="nn-NO"/>
        </w:rPr>
        <w:t>Denne rutin</w:t>
      </w:r>
      <w:r w:rsidR="00792373">
        <w:rPr>
          <w:lang w:val="nn-NO"/>
        </w:rPr>
        <w:t>en</w:t>
      </w:r>
      <w:r w:rsidRPr="00370F20">
        <w:rPr>
          <w:lang w:val="nn-NO"/>
        </w:rPr>
        <w:t xml:space="preserve"> er for deg som skal starte opp </w:t>
      </w:r>
      <w:r w:rsidR="00370F20" w:rsidRPr="00370F20">
        <w:rPr>
          <w:lang w:val="nn-NO"/>
        </w:rPr>
        <w:t>tenesta</w:t>
      </w:r>
      <w:r w:rsidRPr="00370F20">
        <w:rPr>
          <w:lang w:val="nn-NO"/>
        </w:rPr>
        <w:t>, og følgje opp tenestemottakar i oppstartsperioden</w:t>
      </w:r>
    </w:p>
    <w:p w14:paraId="7A2B42EF" w14:textId="77777777" w:rsidR="00FF70AC" w:rsidRPr="00370F20" w:rsidRDefault="0035609F" w:rsidP="00760933">
      <w:pPr>
        <w:pStyle w:val="Overskrift1"/>
        <w:rPr>
          <w:lang w:val="nn-NO"/>
        </w:rPr>
      </w:pPr>
      <w:r w:rsidRPr="00370F20">
        <w:rPr>
          <w:lang w:val="nn-NO"/>
        </w:rPr>
        <w:t>Ansvar</w:t>
      </w:r>
    </w:p>
    <w:p w14:paraId="02D87304" w14:textId="77777777" w:rsidR="00FF70AC" w:rsidRPr="00370F20" w:rsidRDefault="0035609F">
      <w:pPr>
        <w:rPr>
          <w:lang w:val="nn-NO"/>
        </w:rPr>
      </w:pPr>
      <w:r w:rsidRPr="00370F20">
        <w:rPr>
          <w:lang w:val="nn-NO"/>
        </w:rPr>
        <w:t>Sjukepleiar/vernepleiar i aktuell avdeling</w:t>
      </w:r>
    </w:p>
    <w:p w14:paraId="1AD07E33" w14:textId="77777777" w:rsidR="003A5734" w:rsidRPr="00370F20" w:rsidRDefault="003A5734">
      <w:pPr>
        <w:rPr>
          <w:lang w:val="nn-NO"/>
        </w:rPr>
      </w:pPr>
    </w:p>
    <w:p w14:paraId="0AB3F1BE" w14:textId="77777777" w:rsidR="00FF70AC" w:rsidRPr="00370F20" w:rsidRDefault="0035609F" w:rsidP="00760933">
      <w:pPr>
        <w:pStyle w:val="Overskrift1"/>
        <w:rPr>
          <w:lang w:val="nn-NO"/>
        </w:rPr>
      </w:pPr>
      <w:r w:rsidRPr="00370F20">
        <w:rPr>
          <w:lang w:val="nn-NO"/>
        </w:rPr>
        <w:t>Aktivitet/skildring</w:t>
      </w:r>
    </w:p>
    <w:p w14:paraId="71A2E557" w14:textId="5C3D0DBE" w:rsidR="00FF70AC" w:rsidRPr="00370F20" w:rsidRDefault="0035609F" w:rsidP="00760933">
      <w:pPr>
        <w:pStyle w:val="Overskrift2"/>
        <w:rPr>
          <w:lang w:val="nn-NO"/>
        </w:rPr>
      </w:pPr>
      <w:r w:rsidRPr="00370F20">
        <w:rPr>
          <w:lang w:val="nn-NO"/>
        </w:rPr>
        <w:t xml:space="preserve">Steg 1: Start opp tenesta - både i journal og </w:t>
      </w:r>
      <w:r w:rsidR="00FC34A6" w:rsidRPr="00370F20">
        <w:rPr>
          <w:lang w:val="nn-NO"/>
        </w:rPr>
        <w:t>[</w:t>
      </w:r>
      <w:proofErr w:type="spellStart"/>
      <w:r w:rsidR="00FC34A6" w:rsidRPr="00370F20">
        <w:rPr>
          <w:lang w:val="nn-NO"/>
        </w:rPr>
        <w:t>medisindispens</w:t>
      </w:r>
      <w:r w:rsidR="00370F20" w:rsidRPr="00370F20">
        <w:rPr>
          <w:lang w:val="nn-NO"/>
        </w:rPr>
        <w:t>a</w:t>
      </w:r>
      <w:r w:rsidR="00FC34A6" w:rsidRPr="00370F20">
        <w:rPr>
          <w:lang w:val="nn-NO"/>
        </w:rPr>
        <w:t>r</w:t>
      </w:r>
      <w:proofErr w:type="spellEnd"/>
      <w:r w:rsidR="00FC34A6" w:rsidRPr="00370F20">
        <w:rPr>
          <w:lang w:val="nn-NO"/>
        </w:rPr>
        <w:t xml:space="preserve"> </w:t>
      </w:r>
      <w:proofErr w:type="spellStart"/>
      <w:r w:rsidR="00FC34A6" w:rsidRPr="00370F20">
        <w:rPr>
          <w:lang w:val="nn-NO"/>
        </w:rPr>
        <w:t>admin</w:t>
      </w:r>
      <w:proofErr w:type="spellEnd"/>
      <w:r w:rsidR="00FC34A6" w:rsidRPr="00370F20">
        <w:rPr>
          <w:lang w:val="nn-NO"/>
        </w:rPr>
        <w:t>-system]</w:t>
      </w:r>
    </w:p>
    <w:p w14:paraId="52863291" w14:textId="1F86C7E7" w:rsidR="00FF70AC" w:rsidRPr="00370F20" w:rsidRDefault="0035609F">
      <w:pPr>
        <w:rPr>
          <w:lang w:val="nn-NO"/>
        </w:rPr>
      </w:pPr>
      <w:r w:rsidRPr="00370F20">
        <w:rPr>
          <w:lang w:val="nn-NO"/>
        </w:rPr>
        <w:t xml:space="preserve">· Gi tilpassa opplæring til tenestemottakar og eventuelt </w:t>
      </w:r>
      <w:r w:rsidR="00370F20" w:rsidRPr="00370F20">
        <w:rPr>
          <w:lang w:val="nn-NO"/>
        </w:rPr>
        <w:t>pårørande</w:t>
      </w:r>
      <w:r w:rsidRPr="00370F20">
        <w:rPr>
          <w:lang w:val="nn-NO"/>
        </w:rPr>
        <w:t xml:space="preserve">. Ta </w:t>
      </w:r>
      <w:r w:rsidR="00370F20">
        <w:rPr>
          <w:lang w:val="nn-NO"/>
        </w:rPr>
        <w:t>om</w:t>
      </w:r>
      <w:r w:rsidRPr="00370F20">
        <w:rPr>
          <w:lang w:val="nn-NO"/>
        </w:rPr>
        <w:t>syn til språk og kognitiv funksjon.</w:t>
      </w:r>
    </w:p>
    <w:p w14:paraId="2DC10785" w14:textId="77777777" w:rsidR="00FF70AC" w:rsidRPr="00370F20" w:rsidRDefault="0035609F" w:rsidP="00760933">
      <w:pPr>
        <w:pStyle w:val="Overskrift3"/>
        <w:rPr>
          <w:lang w:val="nn-NO"/>
        </w:rPr>
      </w:pPr>
      <w:r w:rsidRPr="00370F20">
        <w:rPr>
          <w:lang w:val="nn-NO"/>
        </w:rPr>
        <w:t>Opplæringa bør inkludere:</w:t>
      </w:r>
    </w:p>
    <w:p w14:paraId="2F4814D4" w14:textId="20F8E338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 xml:space="preserve">korleis medisindispenseren </w:t>
      </w:r>
      <w:r w:rsidR="00370F20" w:rsidRPr="00370F20">
        <w:rPr>
          <w:lang w:val="nn-NO"/>
        </w:rPr>
        <w:t>fungerer</w:t>
      </w:r>
      <w:r w:rsidRPr="00370F20">
        <w:rPr>
          <w:lang w:val="nn-NO"/>
        </w:rPr>
        <w:t xml:space="preserve"> (</w:t>
      </w:r>
      <w:r w:rsidR="00370F20" w:rsidRPr="00370F20">
        <w:rPr>
          <w:lang w:val="nn-NO"/>
        </w:rPr>
        <w:t>varslar</w:t>
      </w:r>
      <w:r w:rsidRPr="00370F20">
        <w:rPr>
          <w:lang w:val="nn-NO"/>
        </w:rPr>
        <w:t xml:space="preserve"> til heimetenesta, dekning, str</w:t>
      </w:r>
      <w:r w:rsidR="00370F20">
        <w:rPr>
          <w:lang w:val="nn-NO"/>
        </w:rPr>
        <w:t>au</w:t>
      </w:r>
      <w:r w:rsidRPr="00370F20">
        <w:rPr>
          <w:lang w:val="nn-NO"/>
        </w:rPr>
        <w:t>m/batteri, plassering etc.).</w:t>
      </w:r>
    </w:p>
    <w:p w14:paraId="5F532716" w14:textId="701F93A4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korleis ta medisinen.</w:t>
      </w:r>
    </w:p>
    <w:p w14:paraId="085147A2" w14:textId="22643B58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kva skjer om tenestemottakar ikkje huske å ta medisinen.</w:t>
      </w:r>
    </w:p>
    <w:p w14:paraId="54A7D100" w14:textId="3DD8CDF4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kva tenestemottakar gjer dersom det er feil med medisindispenseren.</w:t>
      </w:r>
    </w:p>
    <w:p w14:paraId="370B4972" w14:textId="77777777" w:rsidR="00FF70AC" w:rsidRPr="00370F20" w:rsidRDefault="0035609F" w:rsidP="00760933">
      <w:pPr>
        <w:pStyle w:val="Overskrift3"/>
        <w:rPr>
          <w:lang w:val="nn-NO"/>
        </w:rPr>
      </w:pPr>
      <w:r w:rsidRPr="00370F20">
        <w:rPr>
          <w:lang w:val="nn-NO"/>
        </w:rPr>
        <w:t>For nokre tenestemottakarar kan det vere aktuelt med informasjon om:</w:t>
      </w:r>
    </w:p>
    <w:p w14:paraId="445DCEA0" w14:textId="57B43E83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å ta ut medisinen før tida.</w:t>
      </w:r>
    </w:p>
    <w:p w14:paraId="21B166E3" w14:textId="589ACB55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bruk av reisemodus.</w:t>
      </w:r>
    </w:p>
    <w:p w14:paraId="70D235ED" w14:textId="181555DA" w:rsidR="00FF70AC" w:rsidRPr="00370F20" w:rsidRDefault="0035609F" w:rsidP="00760933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 xml:space="preserve">endring av medisindispenseren sine </w:t>
      </w:r>
      <w:r w:rsidR="00370F20" w:rsidRPr="00370F20">
        <w:rPr>
          <w:lang w:val="nn-NO"/>
        </w:rPr>
        <w:t>innstillingar</w:t>
      </w:r>
      <w:r w:rsidRPr="00370F20">
        <w:rPr>
          <w:lang w:val="nn-NO"/>
        </w:rPr>
        <w:t>.</w:t>
      </w:r>
    </w:p>
    <w:p w14:paraId="6A05A809" w14:textId="77777777" w:rsidR="00FF70AC" w:rsidRPr="00370F20" w:rsidRDefault="00FF70AC">
      <w:pPr>
        <w:rPr>
          <w:lang w:val="nn-NO"/>
        </w:rPr>
      </w:pPr>
    </w:p>
    <w:p w14:paraId="53B43137" w14:textId="499FAA45" w:rsidR="00FF70AC" w:rsidRPr="00370F20" w:rsidRDefault="0035609F" w:rsidP="0094382C">
      <w:pPr>
        <w:pStyle w:val="Overskrift2"/>
        <w:rPr>
          <w:lang w:val="nn-NO"/>
        </w:rPr>
      </w:pPr>
      <w:r w:rsidRPr="00370F20">
        <w:rPr>
          <w:lang w:val="nn-NO"/>
        </w:rPr>
        <w:t>Steg 2: Følgje opp t</w:t>
      </w:r>
      <w:r w:rsidR="003A372A">
        <w:rPr>
          <w:lang w:val="nn-NO"/>
        </w:rPr>
        <w:t>e</w:t>
      </w:r>
      <w:r w:rsidRPr="00370F20">
        <w:rPr>
          <w:lang w:val="nn-NO"/>
        </w:rPr>
        <w:t>nestemottakar i ein oppstartsperiode</w:t>
      </w:r>
    </w:p>
    <w:p w14:paraId="619EE70A" w14:textId="6FBAB59B" w:rsidR="00FF70AC" w:rsidRPr="00370F20" w:rsidRDefault="0035609F" w:rsidP="0094382C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 xml:space="preserve">Følgje opp tenestemottakar i ein oppstartsperiode (ca. 14 </w:t>
      </w:r>
      <w:r w:rsidR="003A372A" w:rsidRPr="00370F20">
        <w:rPr>
          <w:lang w:val="nn-NO"/>
        </w:rPr>
        <w:t>dagar</w:t>
      </w:r>
      <w:r w:rsidRPr="00370F20">
        <w:rPr>
          <w:lang w:val="nn-NO"/>
        </w:rPr>
        <w:t xml:space="preserve">), inklusiv tett </w:t>
      </w:r>
      <w:r w:rsidR="003A372A" w:rsidRPr="00370F20">
        <w:rPr>
          <w:lang w:val="nn-NO"/>
        </w:rPr>
        <w:t>oppfølging</w:t>
      </w:r>
      <w:r w:rsidRPr="00370F20">
        <w:rPr>
          <w:lang w:val="nn-NO"/>
        </w:rPr>
        <w:t xml:space="preserve"> ved medisinering og </w:t>
      </w:r>
      <w:r w:rsidR="003A372A" w:rsidRPr="00370F20">
        <w:rPr>
          <w:lang w:val="nn-NO"/>
        </w:rPr>
        <w:t>varslar</w:t>
      </w:r>
      <w:r w:rsidRPr="00370F20">
        <w:rPr>
          <w:lang w:val="nn-NO"/>
        </w:rPr>
        <w:t>.</w:t>
      </w:r>
    </w:p>
    <w:p w14:paraId="080A3C93" w14:textId="3B30B403" w:rsidR="00FF70AC" w:rsidRPr="00370F20" w:rsidRDefault="0035609F" w:rsidP="0094382C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>Evaluer og dokumenter korleis tenestemottakar har nytte av og handtere medisindispenseren.</w:t>
      </w:r>
    </w:p>
    <w:p w14:paraId="10C42F39" w14:textId="71EB3BAF" w:rsidR="00FF70AC" w:rsidRPr="00370F20" w:rsidRDefault="0035609F" w:rsidP="0094382C">
      <w:pPr>
        <w:pStyle w:val="Listeavsnitt"/>
        <w:numPr>
          <w:ilvl w:val="0"/>
          <w:numId w:val="12"/>
        </w:numPr>
        <w:rPr>
          <w:lang w:val="nn-NO"/>
        </w:rPr>
      </w:pPr>
      <w:r w:rsidRPr="00370F20">
        <w:rPr>
          <w:lang w:val="nn-NO"/>
        </w:rPr>
        <w:t xml:space="preserve">Gjer nødvendige </w:t>
      </w:r>
      <w:r w:rsidR="003A372A" w:rsidRPr="00370F20">
        <w:rPr>
          <w:lang w:val="nn-NO"/>
        </w:rPr>
        <w:t>tilpassingar</w:t>
      </w:r>
      <w:r w:rsidRPr="00370F20">
        <w:rPr>
          <w:lang w:val="nn-NO"/>
        </w:rPr>
        <w:t>.</w:t>
      </w:r>
    </w:p>
    <w:p w14:paraId="5A39BBE3" w14:textId="77777777" w:rsidR="00FF70AC" w:rsidRPr="00370F20" w:rsidRDefault="00FF70AC">
      <w:pPr>
        <w:rPr>
          <w:lang w:val="nn-NO"/>
        </w:rPr>
      </w:pPr>
    </w:p>
    <w:p w14:paraId="468FC4EA" w14:textId="212CAAC2" w:rsidR="00FF70AC" w:rsidRPr="00370F20" w:rsidRDefault="0035609F" w:rsidP="0094382C">
      <w:pPr>
        <w:pStyle w:val="Overskrift2"/>
        <w:rPr>
          <w:lang w:val="nn-NO"/>
        </w:rPr>
      </w:pPr>
      <w:r w:rsidRPr="00370F20">
        <w:rPr>
          <w:lang w:val="nn-NO"/>
        </w:rPr>
        <w:t xml:space="preserve">Steg 3: Eventuelt avslutt </w:t>
      </w:r>
      <w:r w:rsidR="003A372A" w:rsidRPr="00370F20">
        <w:rPr>
          <w:lang w:val="nn-NO"/>
        </w:rPr>
        <w:t>tenest</w:t>
      </w:r>
      <w:r w:rsidR="00792373">
        <w:rPr>
          <w:lang w:val="nn-NO"/>
        </w:rPr>
        <w:t>a</w:t>
      </w:r>
    </w:p>
    <w:p w14:paraId="77555AD9" w14:textId="48F1461E" w:rsidR="00FF70AC" w:rsidRPr="00370F20" w:rsidRDefault="0035609F">
      <w:pPr>
        <w:rPr>
          <w:lang w:val="nn-NO"/>
        </w:rPr>
      </w:pPr>
      <w:r w:rsidRPr="00370F20">
        <w:rPr>
          <w:lang w:val="nn-NO"/>
        </w:rPr>
        <w:t xml:space="preserve">Dersom tenestemottakar ikkje har nytte av medisindispenseren, </w:t>
      </w:r>
      <w:r w:rsidR="003A372A" w:rsidRPr="00370F20">
        <w:rPr>
          <w:lang w:val="nn-NO"/>
        </w:rPr>
        <w:t>avsluttast</w:t>
      </w:r>
      <w:r w:rsidRPr="00370F20">
        <w:rPr>
          <w:lang w:val="nn-NO"/>
        </w:rPr>
        <w:t xml:space="preserve"> tiltaket og tenesta digital medisineringsstøtte.</w:t>
      </w:r>
    </w:p>
    <w:p w14:paraId="0D648F46" w14:textId="220EC492" w:rsidR="00FF70AC" w:rsidRPr="00370F20" w:rsidRDefault="0035609F">
      <w:pPr>
        <w:rPr>
          <w:lang w:val="nn-NO"/>
        </w:rPr>
      </w:pPr>
      <w:r w:rsidRPr="00370F20">
        <w:rPr>
          <w:lang w:val="nn-NO"/>
        </w:rPr>
        <w:t xml:space="preserve">· Gå til eigne </w:t>
      </w:r>
      <w:r w:rsidR="003A372A" w:rsidRPr="00370F20">
        <w:rPr>
          <w:lang w:val="nn-NO"/>
        </w:rPr>
        <w:t>rutinar</w:t>
      </w:r>
      <w:r w:rsidRPr="00370F20">
        <w:rPr>
          <w:lang w:val="nn-NO"/>
        </w:rPr>
        <w:t xml:space="preserve"> for avslutte eller pause tenesta</w:t>
      </w:r>
    </w:p>
    <w:sectPr w:rsidR="00FF70AC" w:rsidRPr="00370F20" w:rsidSect="007D74E5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E40D6" w14:textId="77777777" w:rsidR="00CC1317" w:rsidRDefault="00CC1317">
      <w:pPr>
        <w:spacing w:after="0" w:line="240" w:lineRule="auto"/>
      </w:pPr>
      <w:r>
        <w:separator/>
      </w:r>
    </w:p>
  </w:endnote>
  <w:endnote w:type="continuationSeparator" w:id="0">
    <w:p w14:paraId="2715A089" w14:textId="77777777" w:rsidR="00CC1317" w:rsidRDefault="00CC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E455" w14:textId="77777777" w:rsidR="00CC1317" w:rsidRDefault="00CC1317">
      <w:pPr>
        <w:spacing w:after="0" w:line="240" w:lineRule="auto"/>
      </w:pPr>
      <w:r>
        <w:separator/>
      </w:r>
    </w:p>
  </w:footnote>
  <w:footnote w:type="continuationSeparator" w:id="0">
    <w:p w14:paraId="5F34BA1A" w14:textId="77777777" w:rsidR="00CC1317" w:rsidRDefault="00CC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6C1FF" w14:textId="77777777" w:rsidR="00087CBF" w:rsidRPr="00087CBF" w:rsidRDefault="00087CBF" w:rsidP="00087CBF">
    <w:pPr>
      <w:pStyle w:val="Topptekst"/>
    </w:pPr>
    <w:r>
      <w:t>Kommune</w:t>
    </w:r>
    <w:r>
      <w:ptab w:relativeTo="margin" w:alignment="center" w:leader="none"/>
    </w:r>
    <w:r>
      <w:t>Dato</w:t>
    </w:r>
    <w:r>
      <w:ptab w:relativeTo="margin" w:alignment="right" w:leader="none"/>
    </w:r>
    <w:r>
      <w:t>Ansvar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CC1B7D"/>
    <w:multiLevelType w:val="hybridMultilevel"/>
    <w:tmpl w:val="9D2AE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94574"/>
    <w:multiLevelType w:val="hybridMultilevel"/>
    <w:tmpl w:val="6F7C7082"/>
    <w:lvl w:ilvl="0" w:tplc="60808748">
      <w:numFmt w:val="bullet"/>
      <w:lvlText w:val="·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00A25"/>
    <w:multiLevelType w:val="hybridMultilevel"/>
    <w:tmpl w:val="9F062A3C"/>
    <w:lvl w:ilvl="0" w:tplc="60808748">
      <w:numFmt w:val="bullet"/>
      <w:lvlText w:val="·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77DD5"/>
    <w:multiLevelType w:val="hybridMultilevel"/>
    <w:tmpl w:val="2F067A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050DD"/>
    <w:multiLevelType w:val="hybridMultilevel"/>
    <w:tmpl w:val="6186CEE8"/>
    <w:lvl w:ilvl="0" w:tplc="60808748">
      <w:numFmt w:val="bullet"/>
      <w:lvlText w:val="·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0530367">
    <w:abstractNumId w:val="3"/>
  </w:num>
  <w:num w:numId="2" w16cid:durableId="1221944476">
    <w:abstractNumId w:val="5"/>
  </w:num>
  <w:num w:numId="3" w16cid:durableId="1234313140">
    <w:abstractNumId w:val="7"/>
  </w:num>
  <w:num w:numId="4" w16cid:durableId="1789615611">
    <w:abstractNumId w:val="4"/>
  </w:num>
  <w:num w:numId="5" w16cid:durableId="1986355967">
    <w:abstractNumId w:val="2"/>
  </w:num>
  <w:num w:numId="6" w16cid:durableId="427623134">
    <w:abstractNumId w:val="1"/>
  </w:num>
  <w:num w:numId="7" w16cid:durableId="512108884">
    <w:abstractNumId w:val="0"/>
  </w:num>
  <w:num w:numId="8" w16cid:durableId="552620332">
    <w:abstractNumId w:val="8"/>
  </w:num>
  <w:num w:numId="9" w16cid:durableId="919369329">
    <w:abstractNumId w:val="6"/>
  </w:num>
  <w:num w:numId="10" w16cid:durableId="397283831">
    <w:abstractNumId w:val="12"/>
  </w:num>
  <w:num w:numId="11" w16cid:durableId="263611942">
    <w:abstractNumId w:val="9"/>
  </w:num>
  <w:num w:numId="12" w16cid:durableId="1545480295">
    <w:abstractNumId w:val="13"/>
  </w:num>
  <w:num w:numId="13" w16cid:durableId="830172085">
    <w:abstractNumId w:val="10"/>
  </w:num>
  <w:num w:numId="14" w16cid:durableId="1891306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7A2"/>
    <w:rsid w:val="0006063C"/>
    <w:rsid w:val="00087CBF"/>
    <w:rsid w:val="00092982"/>
    <w:rsid w:val="0015074B"/>
    <w:rsid w:val="001E6DEC"/>
    <w:rsid w:val="00203F69"/>
    <w:rsid w:val="00214EED"/>
    <w:rsid w:val="0024431D"/>
    <w:rsid w:val="00253262"/>
    <w:rsid w:val="0028654C"/>
    <w:rsid w:val="00294B6E"/>
    <w:rsid w:val="0029639D"/>
    <w:rsid w:val="00326F90"/>
    <w:rsid w:val="00340799"/>
    <w:rsid w:val="0035609F"/>
    <w:rsid w:val="00370F20"/>
    <w:rsid w:val="003A372A"/>
    <w:rsid w:val="003A5734"/>
    <w:rsid w:val="004067E4"/>
    <w:rsid w:val="00474C5E"/>
    <w:rsid w:val="004E2C90"/>
    <w:rsid w:val="005540F7"/>
    <w:rsid w:val="00562AD7"/>
    <w:rsid w:val="00595B68"/>
    <w:rsid w:val="005B1251"/>
    <w:rsid w:val="006E003B"/>
    <w:rsid w:val="006F056F"/>
    <w:rsid w:val="006F0BCB"/>
    <w:rsid w:val="00753AC4"/>
    <w:rsid w:val="00760933"/>
    <w:rsid w:val="007841AB"/>
    <w:rsid w:val="00792373"/>
    <w:rsid w:val="007D74E5"/>
    <w:rsid w:val="007F6D10"/>
    <w:rsid w:val="008576FE"/>
    <w:rsid w:val="008D191C"/>
    <w:rsid w:val="008F1618"/>
    <w:rsid w:val="0094382C"/>
    <w:rsid w:val="00957271"/>
    <w:rsid w:val="00986736"/>
    <w:rsid w:val="00A14D35"/>
    <w:rsid w:val="00AA1D8D"/>
    <w:rsid w:val="00B160E7"/>
    <w:rsid w:val="00B47730"/>
    <w:rsid w:val="00B6289D"/>
    <w:rsid w:val="00CB0664"/>
    <w:rsid w:val="00CC1317"/>
    <w:rsid w:val="00E256E8"/>
    <w:rsid w:val="00E65D01"/>
    <w:rsid w:val="00EB3859"/>
    <w:rsid w:val="00EF0C62"/>
    <w:rsid w:val="00FA0A51"/>
    <w:rsid w:val="00FC34A6"/>
    <w:rsid w:val="00FC693F"/>
    <w:rsid w:val="00FF70AC"/>
    <w:rsid w:val="52B59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BF2E980-27C5-4DDA-BD86-9B77D9A8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Ingenmellomrom"/>
    <w:link w:val="Overskrift1Tegn"/>
    <w:uiPriority w:val="9"/>
    <w:qFormat/>
    <w:rsid w:val="007609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7609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customStyle="1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Standardskriftforavsnit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271D7E-211B-4900-A3BA-88C70911F9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customXml/itemProps3.xml><?xml version="1.0" encoding="utf-8"?>
<ds:datastoreItem xmlns:ds="http://schemas.openxmlformats.org/officeDocument/2006/customXml" ds:itemID="{E311DF96-142F-4F64-A34B-60A1EC507CEE}"/>
</file>

<file path=customXml/itemProps4.xml><?xml version="1.0" encoding="utf-8"?>
<ds:datastoreItem xmlns:ds="http://schemas.openxmlformats.org/officeDocument/2006/customXml" ds:itemID="{23CAF79A-B3B0-440D-B39A-A6B8288022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1240</Characters>
  <Application>Microsoft Office Word</Application>
  <DocSecurity>0</DocSecurity>
  <Lines>32</Lines>
  <Paragraphs>25</Paragraphs>
  <ScaleCrop>false</ScaleCrop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Aase, Wencke Vooren</dc:creator>
  <cp:keywords/>
  <dc:description>generated by python-docx</dc:description>
  <cp:lastModifiedBy>Frode Røste</cp:lastModifiedBy>
  <cp:revision>3</cp:revision>
  <dcterms:created xsi:type="dcterms:W3CDTF">2026-09-22T13:50:00Z</dcterms:created>
  <dcterms:modified xsi:type="dcterms:W3CDTF">2026-09-23T09:25:00Z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81521c-ff45-44ba-8ad3-e71bd725c9e5_Enabled">
    <vt:lpwstr>true</vt:lpwstr>
  </property>
  <property fmtid="{D5CDD505-2E9C-101B-9397-08002B2CF9AE}" pid="3" name="MSIP_Label_f981521c-ff45-44ba-8ad3-e71bd725c9e5_SetDate">
    <vt:lpwstr>2026-09-02T20:02:46Z</vt:lpwstr>
  </property>
  <property fmtid="{D5CDD505-2E9C-101B-9397-08002B2CF9AE}" pid="4" name="MSIP_Label_f981521c-ff45-44ba-8ad3-e71bd725c9e5_Method">
    <vt:lpwstr>Standard</vt:lpwstr>
  </property>
  <property fmtid="{D5CDD505-2E9C-101B-9397-08002B2CF9AE}" pid="5" name="MSIP_Label_f981521c-ff45-44ba-8ad3-e71bd725c9e5_Name">
    <vt:lpwstr>Åpen_0</vt:lpwstr>
  </property>
  <property fmtid="{D5CDD505-2E9C-101B-9397-08002B2CF9AE}" pid="6" name="MSIP_Label_f981521c-ff45-44ba-8ad3-e71bd725c9e5_SiteId">
    <vt:lpwstr>8e6696b5-f319-4fb5-874d-ff5af9a74307</vt:lpwstr>
  </property>
  <property fmtid="{D5CDD505-2E9C-101B-9397-08002B2CF9AE}" pid="7" name="MSIP_Label_f981521c-ff45-44ba-8ad3-e71bd725c9e5_ActionId">
    <vt:lpwstr>7d0d82a4-a735-45f3-908d-ccec48b1d1e9</vt:lpwstr>
  </property>
  <property fmtid="{D5CDD505-2E9C-101B-9397-08002B2CF9AE}" pid="8" name="MSIP_Label_f981521c-ff45-44ba-8ad3-e71bd725c9e5_ContentBits">
    <vt:lpwstr>0</vt:lpwstr>
  </property>
  <property fmtid="{D5CDD505-2E9C-101B-9397-08002B2CF9AE}" pid="9" name="MSIP_Label_f981521c-ff45-44ba-8ad3-e71bd725c9e5_Tag">
    <vt:lpwstr>10, 3, 0, 2</vt:lpwstr>
  </property>
  <property fmtid="{D5CDD505-2E9C-101B-9397-08002B2CF9AE}" pid="10" name="ContentTypeId">
    <vt:lpwstr>0x01010017CE09B38C50C349B8C91BE5BFC973FE</vt:lpwstr>
  </property>
  <property fmtid="{D5CDD505-2E9C-101B-9397-08002B2CF9AE}" pid="11" name="MediaServiceImageTags">
    <vt:lpwstr/>
  </property>
  <property fmtid="{D5CDD505-2E9C-101B-9397-08002B2CF9AE}" pid="12" name="docLang">
    <vt:lpwstr>nn</vt:lpwstr>
  </property>
</Properties>
</file>