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62B5" w14:textId="67628260" w:rsidR="00D93101" w:rsidRPr="002C09CC" w:rsidRDefault="00874327" w:rsidP="001C6A67">
      <w:pPr>
        <w:pStyle w:val="Heading1"/>
        <w:rPr>
          <w:lang w:val="nb-NO"/>
        </w:rPr>
      </w:pPr>
      <w:r w:rsidRPr="001C6A67">
        <w:rPr>
          <w:rStyle w:val="TittelTegn"/>
          <w:lang w:val="nb-NO"/>
        </w:rPr>
        <w:t>Løpende</w:t>
      </w:r>
      <w:r w:rsidR="00B2630B" w:rsidRPr="001C6A67">
        <w:rPr>
          <w:rStyle w:val="TittelTegn"/>
          <w:lang w:val="nb-NO"/>
        </w:rPr>
        <w:t xml:space="preserve"> oppfølging av </w:t>
      </w:r>
      <w:r w:rsidR="001C6A67" w:rsidRPr="001C6A67">
        <w:rPr>
          <w:rStyle w:val="TittelTegn"/>
          <w:lang w:val="nb-NO"/>
        </w:rPr>
        <w:t>m</w:t>
      </w:r>
      <w:r w:rsidR="00B2630B" w:rsidRPr="001C6A67">
        <w:rPr>
          <w:rStyle w:val="TittelTegn"/>
          <w:lang w:val="nb-NO"/>
        </w:rPr>
        <w:t>edisindispenser</w:t>
      </w:r>
    </w:p>
    <w:p w14:paraId="0778CA26" w14:textId="6202601E" w:rsidR="00D93101" w:rsidRPr="002C09CC" w:rsidRDefault="00B2630B" w:rsidP="001C6A67">
      <w:pPr>
        <w:pStyle w:val="Heading1"/>
        <w:rPr>
          <w:lang w:val="nb-NO"/>
        </w:rPr>
      </w:pPr>
      <w:r w:rsidRPr="002C09CC">
        <w:rPr>
          <w:lang w:val="nb-NO"/>
        </w:rPr>
        <w:t>F</w:t>
      </w:r>
      <w:r w:rsidR="00874327">
        <w:rPr>
          <w:lang w:val="nb-NO"/>
        </w:rPr>
        <w:t>or</w:t>
      </w:r>
      <w:r w:rsidRPr="002C09CC">
        <w:rPr>
          <w:lang w:val="nb-NO"/>
        </w:rPr>
        <w:t>mål</w:t>
      </w:r>
    </w:p>
    <w:p w14:paraId="4F27AA26" w14:textId="7CA7E42B" w:rsidR="00D93101" w:rsidRPr="002C09CC" w:rsidRDefault="00B2630B">
      <w:pPr>
        <w:rPr>
          <w:lang w:val="nb-NO"/>
        </w:rPr>
      </w:pPr>
      <w:r w:rsidRPr="002C09CC">
        <w:rPr>
          <w:lang w:val="nb-NO"/>
        </w:rPr>
        <w:t xml:space="preserve">Denne </w:t>
      </w:r>
      <w:r w:rsidR="007C163A" w:rsidRPr="002C09CC">
        <w:rPr>
          <w:lang w:val="nb-NO"/>
        </w:rPr>
        <w:t>rutine</w:t>
      </w:r>
      <w:r w:rsidR="007C163A">
        <w:rPr>
          <w:lang w:val="nb-NO"/>
        </w:rPr>
        <w:t>n</w:t>
      </w:r>
      <w:r w:rsidRPr="002C09CC">
        <w:rPr>
          <w:lang w:val="nb-NO"/>
        </w:rPr>
        <w:t xml:space="preserve"> er for deg som skal:</w:t>
      </w:r>
    </w:p>
    <w:p w14:paraId="5EAC6699" w14:textId="0A9D3C7B" w:rsidR="00133392" w:rsidRPr="00E32763" w:rsidRDefault="007C163A" w:rsidP="001007D1">
      <w:pPr>
        <w:pStyle w:val="ListParagraph"/>
        <w:numPr>
          <w:ilvl w:val="0"/>
          <w:numId w:val="14"/>
        </w:numPr>
        <w:rPr>
          <w:lang w:val="nb-NO"/>
        </w:rPr>
      </w:pPr>
      <w:r>
        <w:rPr>
          <w:lang w:val="nb-NO"/>
        </w:rPr>
        <w:t>følge</w:t>
      </w:r>
      <w:r w:rsidR="00B2630B" w:rsidRPr="00E32763">
        <w:rPr>
          <w:lang w:val="nb-NO"/>
        </w:rPr>
        <w:t xml:space="preserve"> opp </w:t>
      </w:r>
      <w:r w:rsidRPr="00E32763">
        <w:rPr>
          <w:lang w:val="nb-NO"/>
        </w:rPr>
        <w:t>tjenestemottaker</w:t>
      </w:r>
      <w:r w:rsidR="00B2630B" w:rsidRPr="00E32763">
        <w:rPr>
          <w:lang w:val="nb-NO"/>
        </w:rPr>
        <w:t xml:space="preserve"> med digital medisineringsstøtte, etter oppstartsperioden.</w:t>
      </w:r>
    </w:p>
    <w:p w14:paraId="7B1A6AF8" w14:textId="5F6647C3" w:rsidR="00D93101" w:rsidRPr="00E32763" w:rsidRDefault="007C163A" w:rsidP="001007D1">
      <w:pPr>
        <w:pStyle w:val="ListParagraph"/>
        <w:numPr>
          <w:ilvl w:val="0"/>
          <w:numId w:val="14"/>
        </w:numPr>
        <w:rPr>
          <w:lang w:val="nb-NO"/>
        </w:rPr>
      </w:pPr>
      <w:r w:rsidRPr="00E32763">
        <w:rPr>
          <w:lang w:val="nb-NO"/>
        </w:rPr>
        <w:t>handtere</w:t>
      </w:r>
      <w:r w:rsidR="00B2630B" w:rsidRPr="00E32763">
        <w:rPr>
          <w:lang w:val="nb-NO"/>
        </w:rPr>
        <w:t xml:space="preserve"> varsler og alarmer </w:t>
      </w:r>
      <w:r w:rsidRPr="00E32763">
        <w:rPr>
          <w:lang w:val="nb-NO"/>
        </w:rPr>
        <w:t>fra</w:t>
      </w:r>
      <w:r w:rsidR="00B2630B" w:rsidRPr="00E32763">
        <w:rPr>
          <w:lang w:val="nb-NO"/>
        </w:rPr>
        <w:t xml:space="preserve"> </w:t>
      </w:r>
      <w:r>
        <w:rPr>
          <w:lang w:val="nb-NO"/>
        </w:rPr>
        <w:t>medisindispenserne</w:t>
      </w:r>
      <w:r w:rsidR="00B2630B" w:rsidRPr="00E32763">
        <w:rPr>
          <w:lang w:val="nb-NO"/>
        </w:rPr>
        <w:t xml:space="preserve">, og </w:t>
      </w:r>
      <w:r w:rsidR="00212155">
        <w:rPr>
          <w:lang w:val="nb-NO"/>
        </w:rPr>
        <w:t>rykke</w:t>
      </w:r>
      <w:r w:rsidR="00B2630B" w:rsidRPr="00E32763">
        <w:rPr>
          <w:lang w:val="nb-NO"/>
        </w:rPr>
        <w:t xml:space="preserve"> ut ved behov.</w:t>
      </w:r>
    </w:p>
    <w:p w14:paraId="7A2B42EF" w14:textId="77777777" w:rsidR="00D93101" w:rsidRPr="00521474" w:rsidRDefault="00B2630B" w:rsidP="001C6A67">
      <w:pPr>
        <w:pStyle w:val="Heading1"/>
        <w:rPr>
          <w:lang w:val="nb-NO"/>
        </w:rPr>
      </w:pPr>
      <w:r w:rsidRPr="00521474">
        <w:rPr>
          <w:lang w:val="nb-NO"/>
        </w:rPr>
        <w:t>Ansvar</w:t>
      </w:r>
    </w:p>
    <w:p w14:paraId="39579EBA" w14:textId="1BAEA40E" w:rsidR="00D93101" w:rsidRPr="00BE0A74" w:rsidRDefault="00B2630B" w:rsidP="001007D1">
      <w:pPr>
        <w:pStyle w:val="ListParagraph"/>
        <w:numPr>
          <w:ilvl w:val="0"/>
          <w:numId w:val="14"/>
        </w:numPr>
        <w:rPr>
          <w:lang w:val="nb-NO"/>
        </w:rPr>
      </w:pPr>
      <w:r w:rsidRPr="00BE0A74">
        <w:rPr>
          <w:lang w:val="nb-NO"/>
        </w:rPr>
        <w:t xml:space="preserve">Etterfylle medisiner og </w:t>
      </w:r>
      <w:r w:rsidR="007C163A">
        <w:rPr>
          <w:lang w:val="nb-NO"/>
        </w:rPr>
        <w:t>rengjøring</w:t>
      </w:r>
      <w:r w:rsidRPr="00BE0A74">
        <w:rPr>
          <w:lang w:val="nb-NO"/>
        </w:rPr>
        <w:t xml:space="preserve">: </w:t>
      </w:r>
      <w:r w:rsidR="00212155">
        <w:rPr>
          <w:lang w:val="nb-NO"/>
        </w:rPr>
        <w:t>Ansatte</w:t>
      </w:r>
      <w:r w:rsidRPr="00BE0A74">
        <w:rPr>
          <w:lang w:val="nb-NO"/>
        </w:rPr>
        <w:t xml:space="preserve"> i aktuell avdeling</w:t>
      </w:r>
    </w:p>
    <w:p w14:paraId="226AC745" w14:textId="6512F99C" w:rsidR="00D93101" w:rsidRPr="00BE0A74" w:rsidRDefault="00B2630B" w:rsidP="001007D1">
      <w:pPr>
        <w:pStyle w:val="ListParagraph"/>
        <w:numPr>
          <w:ilvl w:val="0"/>
          <w:numId w:val="14"/>
        </w:numPr>
        <w:rPr>
          <w:lang w:val="nb-NO"/>
        </w:rPr>
      </w:pPr>
      <w:r w:rsidRPr="00BE0A74">
        <w:rPr>
          <w:lang w:val="nb-NO"/>
        </w:rPr>
        <w:t xml:space="preserve">Motta og handtere </w:t>
      </w:r>
      <w:r w:rsidR="007C163A">
        <w:rPr>
          <w:lang w:val="nb-NO"/>
        </w:rPr>
        <w:t>varsler</w:t>
      </w:r>
      <w:r w:rsidRPr="00BE0A74">
        <w:rPr>
          <w:lang w:val="nb-NO"/>
        </w:rPr>
        <w:t xml:space="preserve">: </w:t>
      </w:r>
      <w:r w:rsidR="007C163A" w:rsidRPr="00BE0A74">
        <w:rPr>
          <w:lang w:val="nb-NO"/>
        </w:rPr>
        <w:t>Ansvarlig</w:t>
      </w:r>
      <w:r w:rsidRPr="00BE0A74">
        <w:rPr>
          <w:lang w:val="nb-NO"/>
        </w:rPr>
        <w:t xml:space="preserve"> på vakt</w:t>
      </w:r>
      <w:r w:rsidR="0063320E">
        <w:rPr>
          <w:lang w:val="nb-NO"/>
        </w:rPr>
        <w:t xml:space="preserve"> / Responstjenesten</w:t>
      </w:r>
    </w:p>
    <w:p w14:paraId="0AB3F1BE" w14:textId="7F77458A" w:rsidR="00D93101" w:rsidRPr="00521474" w:rsidRDefault="00B2630B" w:rsidP="001C6A67">
      <w:pPr>
        <w:pStyle w:val="Heading1"/>
        <w:rPr>
          <w:lang w:val="nb-NO"/>
        </w:rPr>
      </w:pPr>
      <w:r w:rsidRPr="00521474">
        <w:rPr>
          <w:lang w:val="nb-NO"/>
        </w:rPr>
        <w:t>Aktivitet</w:t>
      </w:r>
    </w:p>
    <w:p w14:paraId="5230608A" w14:textId="6DC774B9" w:rsidR="00D93101" w:rsidRPr="00521474" w:rsidRDefault="00B2630B" w:rsidP="001C6A67">
      <w:pPr>
        <w:pStyle w:val="Heading2"/>
        <w:rPr>
          <w:lang w:val="nb-NO"/>
        </w:rPr>
      </w:pPr>
      <w:r w:rsidRPr="00521474">
        <w:rPr>
          <w:lang w:val="nb-NO"/>
        </w:rPr>
        <w:t xml:space="preserve">1. Følg opp </w:t>
      </w:r>
      <w:r w:rsidR="007C163A">
        <w:rPr>
          <w:lang w:val="nb-NO"/>
        </w:rPr>
        <w:t>tjenestemottaker</w:t>
      </w:r>
    </w:p>
    <w:p w14:paraId="30E60366" w14:textId="669A69A6" w:rsidR="00D93101" w:rsidRPr="00521474" w:rsidRDefault="00B2630B" w:rsidP="00842BE2">
      <w:pPr>
        <w:rPr>
          <w:lang w:val="nb-NO"/>
        </w:rPr>
      </w:pPr>
      <w:r w:rsidRPr="00521474">
        <w:rPr>
          <w:lang w:val="nb-NO"/>
        </w:rPr>
        <w:t>Etterfyll</w:t>
      </w:r>
      <w:r w:rsidR="00EA6616">
        <w:rPr>
          <w:lang w:val="nb-NO"/>
        </w:rPr>
        <w:t>ing av</w:t>
      </w:r>
      <w:r w:rsidRPr="00521474">
        <w:rPr>
          <w:lang w:val="nb-NO"/>
        </w:rPr>
        <w:t xml:space="preserve"> medisiner og medisindispenseren</w:t>
      </w:r>
    </w:p>
    <w:p w14:paraId="289E6A96" w14:textId="1BDA0233" w:rsidR="00D93101" w:rsidRPr="00DF662F" w:rsidRDefault="00B2630B" w:rsidP="001007D1">
      <w:pPr>
        <w:pStyle w:val="ListParagraph"/>
        <w:numPr>
          <w:ilvl w:val="0"/>
          <w:numId w:val="14"/>
        </w:numPr>
        <w:rPr>
          <w:lang w:val="nb-NO"/>
        </w:rPr>
      </w:pPr>
      <w:r w:rsidRPr="00DF662F">
        <w:rPr>
          <w:lang w:val="nb-NO"/>
        </w:rPr>
        <w:t>Etterfyll multidoserull/medisiner.</w:t>
      </w:r>
    </w:p>
    <w:p w14:paraId="19F35B96" w14:textId="12A9449D" w:rsidR="00D93101" w:rsidRPr="00DF662F" w:rsidRDefault="00B2630B" w:rsidP="001007D1">
      <w:pPr>
        <w:pStyle w:val="ListParagraph"/>
        <w:numPr>
          <w:ilvl w:val="0"/>
          <w:numId w:val="14"/>
        </w:numPr>
        <w:rPr>
          <w:lang w:val="nb-NO"/>
        </w:rPr>
      </w:pPr>
      <w:r w:rsidRPr="00DF662F">
        <w:rPr>
          <w:lang w:val="nb-NO"/>
        </w:rPr>
        <w:t xml:space="preserve">Dersom </w:t>
      </w:r>
      <w:proofErr w:type="spellStart"/>
      <w:r w:rsidRPr="00DF662F">
        <w:rPr>
          <w:lang w:val="nb-NO"/>
        </w:rPr>
        <w:t>limrester</w:t>
      </w:r>
      <w:proofErr w:type="spellEnd"/>
      <w:r w:rsidRPr="00DF662F">
        <w:rPr>
          <w:lang w:val="nb-NO"/>
        </w:rPr>
        <w:t xml:space="preserve"> eller plastrester </w:t>
      </w:r>
      <w:r w:rsidR="007C163A">
        <w:rPr>
          <w:lang w:val="nb-NO"/>
        </w:rPr>
        <w:t>fra</w:t>
      </w:r>
      <w:r w:rsidRPr="00DF662F">
        <w:rPr>
          <w:lang w:val="nb-NO"/>
        </w:rPr>
        <w:t xml:space="preserve"> multidoserull har satt seg fast der </w:t>
      </w:r>
      <w:r w:rsidR="0063320E">
        <w:rPr>
          <w:lang w:val="nb-NO"/>
        </w:rPr>
        <w:t>hvor</w:t>
      </w:r>
      <w:r w:rsidRPr="00DF662F">
        <w:rPr>
          <w:lang w:val="nb-NO"/>
        </w:rPr>
        <w:t xml:space="preserve"> posen blir kutta, kan det gå </w:t>
      </w:r>
      <w:r w:rsidR="007C163A">
        <w:rPr>
          <w:lang w:val="nb-NO"/>
        </w:rPr>
        <w:t>en</w:t>
      </w:r>
      <w:r w:rsidRPr="00DF662F">
        <w:rPr>
          <w:lang w:val="nb-NO"/>
        </w:rPr>
        <w:t xml:space="preserve"> alarm. </w:t>
      </w:r>
      <w:r w:rsidR="007C163A">
        <w:rPr>
          <w:lang w:val="nb-NO"/>
        </w:rPr>
        <w:t>Rengjør</w:t>
      </w:r>
      <w:r w:rsidR="00EA6616">
        <w:rPr>
          <w:lang w:val="nb-NO"/>
        </w:rPr>
        <w:t xml:space="preserve"> </w:t>
      </w:r>
      <w:r w:rsidRPr="00DF662F">
        <w:rPr>
          <w:lang w:val="nb-NO"/>
        </w:rPr>
        <w:t xml:space="preserve">med </w:t>
      </w:r>
      <w:proofErr w:type="spellStart"/>
      <w:r w:rsidRPr="00DF662F">
        <w:rPr>
          <w:lang w:val="nb-NO"/>
        </w:rPr>
        <w:t>q-tips</w:t>
      </w:r>
      <w:proofErr w:type="spellEnd"/>
      <w:r w:rsidRPr="00DF662F">
        <w:rPr>
          <w:lang w:val="nb-NO"/>
        </w:rPr>
        <w:t xml:space="preserve"> langs «saksa» eller fjern</w:t>
      </w:r>
      <w:r w:rsidR="00EA6616">
        <w:rPr>
          <w:lang w:val="nb-NO"/>
        </w:rPr>
        <w:t xml:space="preserve"> </w:t>
      </w:r>
      <w:proofErr w:type="spellStart"/>
      <w:r w:rsidR="00EA6616">
        <w:rPr>
          <w:lang w:val="nb-NO"/>
        </w:rPr>
        <w:t>limrester</w:t>
      </w:r>
      <w:proofErr w:type="spellEnd"/>
      <w:r w:rsidRPr="00DF662F">
        <w:rPr>
          <w:lang w:val="nb-NO"/>
        </w:rPr>
        <w:t xml:space="preserve"> med pinsett.</w:t>
      </w:r>
    </w:p>
    <w:p w14:paraId="55561BCE" w14:textId="28704DAC" w:rsidR="00D93101" w:rsidRPr="00DF662F" w:rsidRDefault="007C163A" w:rsidP="001007D1">
      <w:pPr>
        <w:pStyle w:val="ListParagraph"/>
        <w:numPr>
          <w:ilvl w:val="0"/>
          <w:numId w:val="14"/>
        </w:numPr>
        <w:rPr>
          <w:lang w:val="nb-NO"/>
        </w:rPr>
      </w:pPr>
      <w:r>
        <w:rPr>
          <w:lang w:val="nb-NO"/>
        </w:rPr>
        <w:t>Rengjør</w:t>
      </w:r>
      <w:r w:rsidR="00EA6616">
        <w:rPr>
          <w:lang w:val="nb-NO"/>
        </w:rPr>
        <w:t xml:space="preserve"> </w:t>
      </w:r>
      <w:r w:rsidR="00B2630B" w:rsidRPr="00DF662F">
        <w:rPr>
          <w:lang w:val="nb-NO"/>
        </w:rPr>
        <w:t xml:space="preserve">medisindispenseren med </w:t>
      </w:r>
      <w:r>
        <w:rPr>
          <w:lang w:val="nb-NO"/>
        </w:rPr>
        <w:t>en</w:t>
      </w:r>
      <w:r w:rsidR="00B2630B" w:rsidRPr="00DF662F">
        <w:rPr>
          <w:lang w:val="nb-NO"/>
        </w:rPr>
        <w:t xml:space="preserve"> tørr eller lett fuktig klut, ved behov.</w:t>
      </w:r>
    </w:p>
    <w:p w14:paraId="72329913" w14:textId="4BFE83D4" w:rsidR="00D93101" w:rsidRPr="00521474" w:rsidRDefault="00B2630B">
      <w:pPr>
        <w:rPr>
          <w:lang w:val="nb-NO"/>
        </w:rPr>
      </w:pPr>
      <w:r w:rsidRPr="00521474">
        <w:rPr>
          <w:lang w:val="nb-NO"/>
        </w:rPr>
        <w:t xml:space="preserve">Endre </w:t>
      </w:r>
      <w:r w:rsidR="00EA6616">
        <w:rPr>
          <w:lang w:val="nb-NO"/>
        </w:rPr>
        <w:t>innstillinger</w:t>
      </w:r>
      <w:r w:rsidR="001C6A67">
        <w:rPr>
          <w:lang w:val="nb-NO"/>
        </w:rPr>
        <w:br/>
      </w:r>
      <w:r w:rsidRPr="00521474">
        <w:rPr>
          <w:lang w:val="nb-NO"/>
        </w:rPr>
        <w:t>Ved behov:</w:t>
      </w:r>
    </w:p>
    <w:p w14:paraId="4A078810" w14:textId="5E3DAB70" w:rsidR="00D93101" w:rsidRPr="001C6A67" w:rsidRDefault="00B2630B" w:rsidP="001007D1">
      <w:pPr>
        <w:pStyle w:val="ListParagraph"/>
        <w:numPr>
          <w:ilvl w:val="0"/>
          <w:numId w:val="14"/>
        </w:numPr>
        <w:rPr>
          <w:lang w:val="nb-NO"/>
        </w:rPr>
      </w:pPr>
      <w:r w:rsidRPr="001C6A67">
        <w:rPr>
          <w:lang w:val="nb-NO"/>
        </w:rPr>
        <w:t xml:space="preserve">Endre tidspunkt for medisinering. Ved apotekplan må </w:t>
      </w:r>
      <w:r w:rsidR="007C163A">
        <w:rPr>
          <w:lang w:val="nb-NO"/>
        </w:rPr>
        <w:t>en</w:t>
      </w:r>
      <w:r w:rsidRPr="001C6A67">
        <w:rPr>
          <w:lang w:val="nb-NO"/>
        </w:rPr>
        <w:t xml:space="preserve"> skriv</w:t>
      </w:r>
      <w:r w:rsidR="0063320E">
        <w:rPr>
          <w:lang w:val="nb-NO"/>
        </w:rPr>
        <w:t>e</w:t>
      </w:r>
      <w:r w:rsidRPr="001C6A67">
        <w:rPr>
          <w:lang w:val="nb-NO"/>
        </w:rPr>
        <w:t xml:space="preserve"> beskjed til apoteket i pasientnett.</w:t>
      </w:r>
    </w:p>
    <w:p w14:paraId="35816041" w14:textId="6A8ACB66" w:rsidR="00D93101" w:rsidRPr="001C6A67" w:rsidRDefault="00B2630B" w:rsidP="001007D1">
      <w:pPr>
        <w:pStyle w:val="ListParagraph"/>
        <w:numPr>
          <w:ilvl w:val="0"/>
          <w:numId w:val="14"/>
        </w:numPr>
        <w:rPr>
          <w:lang w:val="nb-NO"/>
        </w:rPr>
      </w:pPr>
      <w:r w:rsidRPr="001C6A67">
        <w:rPr>
          <w:lang w:val="nb-NO"/>
        </w:rPr>
        <w:t xml:space="preserve">Endre </w:t>
      </w:r>
      <w:r w:rsidR="00EA6616">
        <w:rPr>
          <w:lang w:val="nb-NO"/>
        </w:rPr>
        <w:t>innstillinger</w:t>
      </w:r>
      <w:r w:rsidRPr="001C6A67">
        <w:rPr>
          <w:lang w:val="nb-NO"/>
        </w:rPr>
        <w:t xml:space="preserve"> eksempelvis for lyd og lys.</w:t>
      </w:r>
    </w:p>
    <w:p w14:paraId="310F811C" w14:textId="4A0D0584" w:rsidR="00D93101" w:rsidRPr="001C6A67" w:rsidRDefault="00B2630B" w:rsidP="001007D1">
      <w:pPr>
        <w:pStyle w:val="ListParagraph"/>
        <w:numPr>
          <w:ilvl w:val="0"/>
          <w:numId w:val="14"/>
        </w:numPr>
        <w:rPr>
          <w:lang w:val="nb-NO"/>
        </w:rPr>
      </w:pPr>
      <w:r w:rsidRPr="001C6A67">
        <w:rPr>
          <w:lang w:val="nb-NO"/>
        </w:rPr>
        <w:t>Nytt reisemodus/reiseutmating for utmating av poser.</w:t>
      </w:r>
    </w:p>
    <w:p w14:paraId="71C5C653" w14:textId="03DD1F38" w:rsidR="00D93101" w:rsidRPr="001C6A67" w:rsidRDefault="00B2630B" w:rsidP="001007D1">
      <w:pPr>
        <w:pStyle w:val="ListParagraph"/>
        <w:numPr>
          <w:ilvl w:val="0"/>
          <w:numId w:val="14"/>
        </w:numPr>
        <w:rPr>
          <w:lang w:val="nb-NO"/>
        </w:rPr>
      </w:pPr>
      <w:r w:rsidRPr="001C6A67">
        <w:rPr>
          <w:lang w:val="nb-NO"/>
        </w:rPr>
        <w:t xml:space="preserve">Paus </w:t>
      </w:r>
      <w:r w:rsidR="00EA6616">
        <w:rPr>
          <w:lang w:val="nb-NO"/>
        </w:rPr>
        <w:t>tjenesten</w:t>
      </w:r>
      <w:r w:rsidRPr="001C6A67">
        <w:rPr>
          <w:lang w:val="nb-NO"/>
        </w:rPr>
        <w:t xml:space="preserve"> dersom </w:t>
      </w:r>
      <w:r w:rsidR="007C163A">
        <w:rPr>
          <w:lang w:val="nb-NO"/>
        </w:rPr>
        <w:t>tjenestemottaker</w:t>
      </w:r>
      <w:r w:rsidRPr="001C6A67">
        <w:rPr>
          <w:lang w:val="nb-NO"/>
        </w:rPr>
        <w:t xml:space="preserve"> blir innlagt s</w:t>
      </w:r>
      <w:r w:rsidR="0063320E">
        <w:rPr>
          <w:lang w:val="nb-NO"/>
        </w:rPr>
        <w:t>y</w:t>
      </w:r>
      <w:r w:rsidRPr="001C6A67">
        <w:rPr>
          <w:lang w:val="nb-NO"/>
        </w:rPr>
        <w:t>kehus.</w:t>
      </w:r>
    </w:p>
    <w:p w14:paraId="2CB2046E" w14:textId="0AC2956B" w:rsidR="00D93101" w:rsidRPr="00521474" w:rsidRDefault="0069489B" w:rsidP="001C6A67">
      <w:pPr>
        <w:pStyle w:val="Heading4"/>
        <w:rPr>
          <w:lang w:val="nb-NO"/>
        </w:rPr>
      </w:pPr>
      <w:r>
        <w:rPr>
          <w:lang w:val="nb-NO"/>
        </w:rPr>
        <w:br/>
      </w:r>
      <w:r w:rsidR="00EA6616">
        <w:rPr>
          <w:lang w:val="nb-NO"/>
        </w:rPr>
        <w:t>Maler</w:t>
      </w:r>
      <w:r w:rsidR="00B2630B" w:rsidRPr="00521474">
        <w:rPr>
          <w:lang w:val="nb-NO"/>
        </w:rPr>
        <w:t xml:space="preserve"> og bruk</w:t>
      </w:r>
      <w:r w:rsidR="00EA6616">
        <w:rPr>
          <w:lang w:val="nb-NO"/>
        </w:rPr>
        <w:t>e</w:t>
      </w:r>
      <w:r w:rsidR="00B2630B" w:rsidRPr="00521474">
        <w:rPr>
          <w:lang w:val="nb-NO"/>
        </w:rPr>
        <w:t>rveiledere</w:t>
      </w:r>
      <w:r w:rsidR="001C6A67">
        <w:rPr>
          <w:lang w:val="nb-NO"/>
        </w:rPr>
        <w:t xml:space="preserve">: </w:t>
      </w:r>
      <w:r w:rsidR="00B2630B" w:rsidRPr="00521474">
        <w:rPr>
          <w:lang w:val="nb-NO"/>
        </w:rPr>
        <w:t>S</w:t>
      </w:r>
      <w:r w:rsidR="00EA6616">
        <w:rPr>
          <w:lang w:val="nb-NO"/>
        </w:rPr>
        <w:t>e</w:t>
      </w:r>
      <w:r w:rsidR="00B2630B" w:rsidRPr="00521474">
        <w:rPr>
          <w:lang w:val="nb-NO"/>
        </w:rPr>
        <w:t xml:space="preserve"> hjelpesider </w:t>
      </w:r>
      <w:proofErr w:type="spellStart"/>
      <w:r w:rsidR="00B2630B" w:rsidRPr="00521474">
        <w:rPr>
          <w:lang w:val="nb-NO"/>
        </w:rPr>
        <w:t>Dignio</w:t>
      </w:r>
      <w:proofErr w:type="spellEnd"/>
      <w:r w:rsidR="00575925">
        <w:rPr>
          <w:lang w:val="nb-NO"/>
        </w:rPr>
        <w:t xml:space="preserve"> (hjelp.dignio.</w:t>
      </w:r>
      <w:r w:rsidR="00E7018E">
        <w:rPr>
          <w:lang w:val="nb-NO"/>
        </w:rPr>
        <w:t>com</w:t>
      </w:r>
      <w:r w:rsidR="00575925">
        <w:rPr>
          <w:lang w:val="nb-NO"/>
        </w:rPr>
        <w:t>)</w:t>
      </w:r>
    </w:p>
    <w:p w14:paraId="78817A93" w14:textId="1F13D218" w:rsidR="00D93101" w:rsidRPr="00521474" w:rsidRDefault="00B2630B" w:rsidP="004D764B">
      <w:pPr>
        <w:spacing w:before="240"/>
        <w:rPr>
          <w:lang w:val="nb-NO"/>
        </w:rPr>
      </w:pPr>
      <w:r w:rsidRPr="00521474">
        <w:rPr>
          <w:lang w:val="nb-NO"/>
        </w:rPr>
        <w:t>H</w:t>
      </w:r>
      <w:r w:rsidR="00E7018E">
        <w:rPr>
          <w:lang w:val="nb-NO"/>
        </w:rPr>
        <w:t>å</w:t>
      </w:r>
      <w:r w:rsidRPr="00521474">
        <w:rPr>
          <w:lang w:val="nb-NO"/>
        </w:rPr>
        <w:t>ndter service, skade eller tap av utstyr</w:t>
      </w:r>
    </w:p>
    <w:p w14:paraId="7722F575" w14:textId="4B45647E" w:rsidR="00D93101" w:rsidRPr="001C6A67" w:rsidRDefault="00B2630B" w:rsidP="001007D1">
      <w:pPr>
        <w:pStyle w:val="ListParagraph"/>
        <w:numPr>
          <w:ilvl w:val="0"/>
          <w:numId w:val="14"/>
        </w:numPr>
        <w:rPr>
          <w:lang w:val="nb-NO"/>
        </w:rPr>
      </w:pPr>
      <w:r w:rsidRPr="001C6A67">
        <w:rPr>
          <w:lang w:val="nb-NO"/>
        </w:rPr>
        <w:t xml:space="preserve">Ta kontakt med leverandør, ved mistanke om defekt </w:t>
      </w:r>
      <w:r w:rsidR="00EA6616">
        <w:rPr>
          <w:lang w:val="nb-NO"/>
        </w:rPr>
        <w:t>medisindispenser</w:t>
      </w:r>
      <w:r w:rsidRPr="001C6A67">
        <w:rPr>
          <w:lang w:val="nb-NO"/>
        </w:rPr>
        <w:t>.</w:t>
      </w:r>
    </w:p>
    <w:p w14:paraId="414EFC15" w14:textId="2388539D" w:rsidR="00D93101" w:rsidRPr="001C6A67" w:rsidRDefault="00B2630B" w:rsidP="001007D1">
      <w:pPr>
        <w:pStyle w:val="ListParagraph"/>
        <w:numPr>
          <w:ilvl w:val="0"/>
          <w:numId w:val="14"/>
        </w:numPr>
        <w:rPr>
          <w:lang w:val="nb-NO"/>
        </w:rPr>
      </w:pPr>
      <w:r w:rsidRPr="001C6A67">
        <w:rPr>
          <w:lang w:val="nb-NO"/>
        </w:rPr>
        <w:t>Ved skade eller tap av utstyr, gå til rutine</w:t>
      </w:r>
      <w:r w:rsidR="00E7018E">
        <w:rPr>
          <w:lang w:val="nb-NO"/>
        </w:rPr>
        <w:t>r</w:t>
      </w:r>
      <w:r w:rsidRPr="001C6A67">
        <w:rPr>
          <w:lang w:val="nb-NO"/>
        </w:rPr>
        <w:t xml:space="preserve"> for</w:t>
      </w:r>
      <w:r w:rsidR="00E7018E">
        <w:rPr>
          <w:lang w:val="nb-NO"/>
        </w:rPr>
        <w:t xml:space="preserve"> å</w:t>
      </w:r>
      <w:r w:rsidRPr="001C6A67">
        <w:rPr>
          <w:lang w:val="nb-NO"/>
        </w:rPr>
        <w:t xml:space="preserve"> bestille, fakturere og </w:t>
      </w:r>
      <w:r w:rsidR="00E7018E">
        <w:rPr>
          <w:lang w:val="nb-NO"/>
        </w:rPr>
        <w:t>si</w:t>
      </w:r>
      <w:r w:rsidRPr="001C6A67">
        <w:rPr>
          <w:lang w:val="nb-NO"/>
        </w:rPr>
        <w:t xml:space="preserve"> opp utstyr.</w:t>
      </w:r>
    </w:p>
    <w:p w14:paraId="41C8F396" w14:textId="77777777" w:rsidR="00D93101" w:rsidRPr="00521474" w:rsidRDefault="00D93101">
      <w:pPr>
        <w:rPr>
          <w:lang w:val="nb-NO"/>
        </w:rPr>
      </w:pPr>
    </w:p>
    <w:p w14:paraId="29A61A89" w14:textId="53ED2574" w:rsidR="00D93101" w:rsidRDefault="00B2630B" w:rsidP="001C6A67">
      <w:pPr>
        <w:pStyle w:val="Heading2"/>
        <w:rPr>
          <w:lang w:val="nb-NO"/>
        </w:rPr>
      </w:pPr>
      <w:r w:rsidRPr="00521474">
        <w:rPr>
          <w:lang w:val="nb-NO"/>
        </w:rPr>
        <w:t>2. H</w:t>
      </w:r>
      <w:r w:rsidR="00E7018E">
        <w:rPr>
          <w:lang w:val="nb-NO"/>
        </w:rPr>
        <w:t>å</w:t>
      </w:r>
      <w:r w:rsidRPr="00521474">
        <w:rPr>
          <w:lang w:val="nb-NO"/>
        </w:rPr>
        <w:t>ndter alarmer og varsler</w:t>
      </w:r>
    </w:p>
    <w:p w14:paraId="4172DE51" w14:textId="21376CD7" w:rsidR="00387ABA" w:rsidRPr="00387ABA" w:rsidRDefault="00387ABA" w:rsidP="00387ABA">
      <w:pPr>
        <w:rPr>
          <w:lang w:val="nb-NO"/>
        </w:rPr>
      </w:pPr>
      <w:r w:rsidRPr="00387ABA">
        <w:rPr>
          <w:lang w:val="nb-NO"/>
        </w:rPr>
        <w:t>Responstid er tida det tar fra e</w:t>
      </w:r>
      <w:r w:rsidR="0069489B">
        <w:rPr>
          <w:lang w:val="nb-NO"/>
        </w:rPr>
        <w:t xml:space="preserve">t varsel </w:t>
      </w:r>
      <w:r w:rsidRPr="00387ABA">
        <w:rPr>
          <w:lang w:val="nb-NO"/>
        </w:rPr>
        <w:t>er utløst, til kontakt med tjenestemottaker.</w:t>
      </w:r>
    </w:p>
    <w:p w14:paraId="23E57A03" w14:textId="3F2BDA15" w:rsidR="00C36C06" w:rsidRPr="00C36C06" w:rsidRDefault="00C36C06" w:rsidP="00387ABA">
      <w:pPr>
        <w:rPr>
          <w:lang w:val="nb-NO"/>
        </w:rPr>
      </w:pPr>
      <w:r w:rsidRPr="00C36C06">
        <w:rPr>
          <w:lang w:val="nb-NO"/>
        </w:rPr>
        <w:t>Anbefalt responstid:</w:t>
      </w:r>
      <w:r w:rsidR="00387ABA">
        <w:rPr>
          <w:lang w:val="nb-NO"/>
        </w:rPr>
        <w:t xml:space="preserve"> Kontakt med tjenestemottaker i</w:t>
      </w:r>
      <w:r w:rsidRPr="00C36C06">
        <w:rPr>
          <w:lang w:val="nb-NO"/>
        </w:rPr>
        <w:t>nn</w:t>
      </w:r>
      <w:r w:rsidR="00E7018E">
        <w:rPr>
          <w:lang w:val="nb-NO"/>
        </w:rPr>
        <w:t>e</w:t>
      </w:r>
      <w:r w:rsidRPr="00C36C06">
        <w:rPr>
          <w:lang w:val="nb-NO"/>
        </w:rPr>
        <w:t>n 30 minutter.</w:t>
      </w:r>
    </w:p>
    <w:p w14:paraId="03FFB684" w14:textId="77777777" w:rsidR="00C36C06" w:rsidRPr="00C36C06" w:rsidRDefault="00C36C06" w:rsidP="00C36C06">
      <w:pPr>
        <w:rPr>
          <w:lang w:val="nb-NO"/>
        </w:rPr>
      </w:pPr>
      <w:r w:rsidRPr="00C36C06">
        <w:rPr>
          <w:lang w:val="nb-NO"/>
        </w:rPr>
        <w:t>Anbefalt utrykningstid:</w:t>
      </w:r>
    </w:p>
    <w:p w14:paraId="04098607" w14:textId="6E84C1A2" w:rsidR="00C36C06" w:rsidRPr="00C36C06" w:rsidRDefault="00C36C06" w:rsidP="001007D1">
      <w:pPr>
        <w:pStyle w:val="ListParagraph"/>
        <w:numPr>
          <w:ilvl w:val="0"/>
          <w:numId w:val="22"/>
        </w:numPr>
        <w:rPr>
          <w:lang w:val="nb-NO"/>
        </w:rPr>
      </w:pPr>
      <w:r w:rsidRPr="00C36C06">
        <w:rPr>
          <w:lang w:val="nb-NO"/>
        </w:rPr>
        <w:t xml:space="preserve">Kritiske varsler: </w:t>
      </w:r>
      <w:r w:rsidR="00387ABA">
        <w:rPr>
          <w:lang w:val="nb-NO"/>
        </w:rPr>
        <w:t>innen</w:t>
      </w:r>
      <w:r w:rsidRPr="00C36C06">
        <w:rPr>
          <w:lang w:val="nb-NO"/>
        </w:rPr>
        <w:t xml:space="preserve"> 60 minutter.</w:t>
      </w:r>
    </w:p>
    <w:p w14:paraId="7C676420" w14:textId="35FDDB4E" w:rsidR="00C36C06" w:rsidRPr="00C36C06" w:rsidRDefault="00387ABA" w:rsidP="001007D1">
      <w:pPr>
        <w:pStyle w:val="ListParagraph"/>
        <w:numPr>
          <w:ilvl w:val="0"/>
          <w:numId w:val="22"/>
        </w:numPr>
        <w:rPr>
          <w:lang w:val="nb-NO"/>
        </w:rPr>
      </w:pPr>
      <w:r>
        <w:rPr>
          <w:lang w:val="nb-NO"/>
        </w:rPr>
        <w:t>Ikke</w:t>
      </w:r>
      <w:r w:rsidR="00C36C06" w:rsidRPr="00C36C06">
        <w:rPr>
          <w:lang w:val="nb-NO"/>
        </w:rPr>
        <w:t xml:space="preserve">-kritiske varsler: </w:t>
      </w:r>
      <w:r>
        <w:rPr>
          <w:lang w:val="nb-NO"/>
        </w:rPr>
        <w:t>innen</w:t>
      </w:r>
      <w:r w:rsidR="00C36C06" w:rsidRPr="00C36C06">
        <w:rPr>
          <w:lang w:val="nb-NO"/>
        </w:rPr>
        <w:t xml:space="preserve"> vakt slutt.</w:t>
      </w:r>
    </w:p>
    <w:p w14:paraId="72A3D3EC" w14:textId="1A884488" w:rsidR="00D93101" w:rsidRPr="00C36C06" w:rsidRDefault="00C36C06" w:rsidP="001007D1">
      <w:pPr>
        <w:pStyle w:val="ListParagraph"/>
        <w:numPr>
          <w:ilvl w:val="0"/>
          <w:numId w:val="22"/>
        </w:numPr>
        <w:rPr>
          <w:lang w:val="nb-NO"/>
        </w:rPr>
      </w:pPr>
      <w:r w:rsidRPr="00C36C06">
        <w:rPr>
          <w:lang w:val="nb-NO"/>
        </w:rPr>
        <w:t xml:space="preserve">Utrykningstid er tida det tar </w:t>
      </w:r>
      <w:r w:rsidR="007C163A">
        <w:rPr>
          <w:lang w:val="nb-NO"/>
        </w:rPr>
        <w:t>fra</w:t>
      </w:r>
      <w:r w:rsidRPr="00C36C06">
        <w:rPr>
          <w:lang w:val="nb-NO"/>
        </w:rPr>
        <w:t xml:space="preserve"> utrykning er beslutt</w:t>
      </w:r>
      <w:r w:rsidR="00572339">
        <w:rPr>
          <w:lang w:val="nb-NO"/>
        </w:rPr>
        <w:t>et</w:t>
      </w:r>
      <w:r w:rsidRPr="00C36C06">
        <w:rPr>
          <w:lang w:val="nb-NO"/>
        </w:rPr>
        <w:t xml:space="preserve"> til </w:t>
      </w:r>
      <w:r w:rsidR="007C163A">
        <w:rPr>
          <w:lang w:val="nb-NO"/>
        </w:rPr>
        <w:t>en</w:t>
      </w:r>
      <w:r w:rsidRPr="00C36C06">
        <w:rPr>
          <w:lang w:val="nb-NO"/>
        </w:rPr>
        <w:t xml:space="preserve"> ansatt er inne hos </w:t>
      </w:r>
      <w:r w:rsidR="007C163A">
        <w:rPr>
          <w:lang w:val="nb-NO"/>
        </w:rPr>
        <w:t>tjenestemottaker</w:t>
      </w:r>
      <w:r w:rsidRPr="00C36C06">
        <w:rPr>
          <w:lang w:val="nb-NO"/>
        </w:rPr>
        <w:t>.</w:t>
      </w:r>
    </w:p>
    <w:p w14:paraId="4B127CD5" w14:textId="4A0A8377" w:rsidR="00D93101" w:rsidRPr="00542656" w:rsidRDefault="00B2630B" w:rsidP="00C36C06">
      <w:pPr>
        <w:pStyle w:val="Heading3"/>
        <w:rPr>
          <w:lang w:val="nb-NO"/>
        </w:rPr>
      </w:pPr>
      <w:r w:rsidRPr="00542656">
        <w:rPr>
          <w:lang w:val="nb-NO"/>
        </w:rPr>
        <w:t>Steg 1: Motta og åpna varsler</w:t>
      </w:r>
    </w:p>
    <w:p w14:paraId="13DFCC3E" w14:textId="78B9C642" w:rsidR="00D93101" w:rsidRPr="00C36C06" w:rsidRDefault="00B2630B" w:rsidP="001007D1">
      <w:pPr>
        <w:pStyle w:val="ListParagraph"/>
        <w:numPr>
          <w:ilvl w:val="0"/>
          <w:numId w:val="22"/>
        </w:numPr>
        <w:rPr>
          <w:lang w:val="nb-NO"/>
        </w:rPr>
      </w:pPr>
      <w:r w:rsidRPr="00C36C06">
        <w:rPr>
          <w:lang w:val="nb-NO"/>
        </w:rPr>
        <w:t>Følge med på mottatte varsel.</w:t>
      </w:r>
    </w:p>
    <w:p w14:paraId="75256486" w14:textId="50F50C94" w:rsidR="00D93101" w:rsidRDefault="00B2630B" w:rsidP="001007D1">
      <w:pPr>
        <w:pStyle w:val="ListParagraph"/>
        <w:numPr>
          <w:ilvl w:val="0"/>
          <w:numId w:val="22"/>
        </w:numPr>
        <w:rPr>
          <w:lang w:val="nb-NO"/>
        </w:rPr>
      </w:pPr>
      <w:r w:rsidRPr="00C36C06">
        <w:rPr>
          <w:lang w:val="nb-NO"/>
        </w:rPr>
        <w:t xml:space="preserve">Åpne varsel </w:t>
      </w:r>
      <w:r w:rsidR="007C163A">
        <w:rPr>
          <w:lang w:val="nb-NO"/>
        </w:rPr>
        <w:t>fra</w:t>
      </w:r>
      <w:r w:rsidRPr="00C36C06">
        <w:rPr>
          <w:lang w:val="nb-NO"/>
        </w:rPr>
        <w:t xml:space="preserve"> </w:t>
      </w:r>
      <w:proofErr w:type="spellStart"/>
      <w:r w:rsidRPr="00C36C06">
        <w:rPr>
          <w:lang w:val="nb-NO"/>
        </w:rPr>
        <w:t>Mobili</w:t>
      </w:r>
      <w:proofErr w:type="spellEnd"/>
      <w:r w:rsidRPr="00C36C06">
        <w:rPr>
          <w:lang w:val="nb-NO"/>
        </w:rPr>
        <w:t xml:space="preserve"> og </w:t>
      </w:r>
      <w:proofErr w:type="spellStart"/>
      <w:r w:rsidRPr="00C36C06">
        <w:rPr>
          <w:lang w:val="nb-NO"/>
        </w:rPr>
        <w:t>Karie</w:t>
      </w:r>
      <w:proofErr w:type="spellEnd"/>
      <w:r w:rsidRPr="00C36C06">
        <w:rPr>
          <w:lang w:val="nb-NO"/>
        </w:rPr>
        <w:t>.</w:t>
      </w:r>
    </w:p>
    <w:p w14:paraId="5D3A0382" w14:textId="51B82D2E" w:rsidR="00A61FA7" w:rsidRPr="00A61FA7" w:rsidRDefault="00A61FA7" w:rsidP="001007D1">
      <w:pPr>
        <w:pStyle w:val="ListParagraph"/>
        <w:numPr>
          <w:ilvl w:val="0"/>
          <w:numId w:val="31"/>
        </w:numPr>
        <w:rPr>
          <w:lang w:val="nb-NO"/>
        </w:rPr>
      </w:pPr>
      <w:r w:rsidRPr="00A61FA7">
        <w:rPr>
          <w:lang w:val="nb-NO"/>
        </w:rPr>
        <w:t xml:space="preserve">Du vil motta </w:t>
      </w:r>
      <w:r w:rsidR="007C163A">
        <w:rPr>
          <w:lang w:val="nb-NO"/>
        </w:rPr>
        <w:t>en</w:t>
      </w:r>
      <w:r w:rsidRPr="00A61FA7">
        <w:rPr>
          <w:lang w:val="nb-NO"/>
        </w:rPr>
        <w:t xml:space="preserve"> SMS med type varsel</w:t>
      </w:r>
    </w:p>
    <w:p w14:paraId="15A5682C" w14:textId="4F0F5059" w:rsidR="00A61FA7" w:rsidRPr="00A61FA7" w:rsidRDefault="00A61FA7" w:rsidP="001007D1">
      <w:pPr>
        <w:pStyle w:val="ListParagraph"/>
        <w:numPr>
          <w:ilvl w:val="0"/>
          <w:numId w:val="31"/>
        </w:numPr>
        <w:rPr>
          <w:lang w:val="nb-NO"/>
        </w:rPr>
      </w:pPr>
      <w:r w:rsidRPr="00A61FA7">
        <w:rPr>
          <w:lang w:val="nb-NO"/>
        </w:rPr>
        <w:t xml:space="preserve">Logg inn i </w:t>
      </w:r>
      <w:proofErr w:type="spellStart"/>
      <w:r w:rsidRPr="00A61FA7">
        <w:rPr>
          <w:lang w:val="nb-NO"/>
        </w:rPr>
        <w:t>Dignio</w:t>
      </w:r>
      <w:proofErr w:type="spellEnd"/>
      <w:r w:rsidRPr="00A61FA7">
        <w:rPr>
          <w:lang w:val="nb-NO"/>
        </w:rPr>
        <w:t xml:space="preserve"> </w:t>
      </w:r>
      <w:proofErr w:type="spellStart"/>
      <w:r w:rsidRPr="00A61FA7">
        <w:rPr>
          <w:lang w:val="nb-NO"/>
        </w:rPr>
        <w:t>Prevent</w:t>
      </w:r>
      <w:proofErr w:type="spellEnd"/>
      <w:r w:rsidRPr="00A61FA7">
        <w:rPr>
          <w:lang w:val="nb-NO"/>
        </w:rPr>
        <w:t xml:space="preserve"> via lenken oppgitt i SMS, eller logg inn via PC, for </w:t>
      </w:r>
      <w:r w:rsidR="00387ABA">
        <w:rPr>
          <w:lang w:val="nb-NO"/>
        </w:rPr>
        <w:t>mer</w:t>
      </w:r>
      <w:r w:rsidRPr="00A61FA7">
        <w:rPr>
          <w:lang w:val="nb-NO"/>
        </w:rPr>
        <w:t xml:space="preserve"> informasjon om</w:t>
      </w:r>
    </w:p>
    <w:p w14:paraId="4EB12AD8" w14:textId="774418B2" w:rsidR="00217C72" w:rsidRDefault="00A61FA7" w:rsidP="00572339">
      <w:pPr>
        <w:pStyle w:val="ListParagraph"/>
        <w:rPr>
          <w:lang w:val="nb-NO"/>
        </w:rPr>
      </w:pPr>
      <w:r w:rsidRPr="00A61FA7">
        <w:rPr>
          <w:lang w:val="nb-NO"/>
        </w:rPr>
        <w:t xml:space="preserve">varsel og </w:t>
      </w:r>
      <w:r w:rsidR="007C163A">
        <w:rPr>
          <w:lang w:val="nb-NO"/>
        </w:rPr>
        <w:t>tjenestemottaker</w:t>
      </w:r>
      <w:r w:rsidRPr="00A61FA7">
        <w:rPr>
          <w:lang w:val="nb-NO"/>
        </w:rPr>
        <w:t>.</w:t>
      </w:r>
    </w:p>
    <w:p w14:paraId="622A8D21" w14:textId="77777777" w:rsidR="002D59A7" w:rsidRDefault="002D59A7" w:rsidP="00A61FA7">
      <w:pPr>
        <w:pStyle w:val="ListParagraph"/>
        <w:ind w:left="360"/>
        <w:rPr>
          <w:lang w:val="nb-NO"/>
        </w:rPr>
      </w:pPr>
    </w:p>
    <w:p w14:paraId="794ECA51" w14:textId="7553F410" w:rsidR="00B46FF6" w:rsidRPr="00B46FF6" w:rsidRDefault="00B46FF6" w:rsidP="00327767">
      <w:pPr>
        <w:pStyle w:val="ListParagraph"/>
        <w:ind w:left="0"/>
        <w:rPr>
          <w:lang w:val="nb-NO"/>
        </w:rPr>
      </w:pPr>
      <w:r w:rsidRPr="00B46FF6">
        <w:rPr>
          <w:lang w:val="nb-NO"/>
        </w:rPr>
        <w:t xml:space="preserve">• Vurder riktig oppfølging og sjekk </w:t>
      </w:r>
      <w:r w:rsidR="007C163A">
        <w:rPr>
          <w:lang w:val="nb-NO"/>
        </w:rPr>
        <w:t>tjenestemottaker</w:t>
      </w:r>
      <w:r w:rsidRPr="00B46FF6">
        <w:rPr>
          <w:lang w:val="nb-NO"/>
        </w:rPr>
        <w:t xml:space="preserve"> sin pleieplan. Følg opp </w:t>
      </w:r>
      <w:r w:rsidR="007C163A">
        <w:rPr>
          <w:lang w:val="nb-NO"/>
        </w:rPr>
        <w:t>tjenestemottaker</w:t>
      </w:r>
      <w:r w:rsidRPr="00B46FF6">
        <w:rPr>
          <w:lang w:val="nb-NO"/>
        </w:rPr>
        <w:t>, for eksempel</w:t>
      </w:r>
      <w:r w:rsidR="00327767">
        <w:rPr>
          <w:lang w:val="nb-NO"/>
        </w:rPr>
        <w:t>:</w:t>
      </w:r>
    </w:p>
    <w:p w14:paraId="4F23BB7A" w14:textId="4F20E2D1" w:rsidR="00B46FF6" w:rsidRPr="00B46FF6" w:rsidRDefault="00B46FF6" w:rsidP="001007D1">
      <w:pPr>
        <w:pStyle w:val="ListParagraph"/>
        <w:numPr>
          <w:ilvl w:val="0"/>
          <w:numId w:val="30"/>
        </w:numPr>
        <w:rPr>
          <w:lang w:val="nb-NO"/>
        </w:rPr>
      </w:pPr>
      <w:r w:rsidRPr="00B46FF6">
        <w:rPr>
          <w:lang w:val="nb-NO"/>
        </w:rPr>
        <w:t xml:space="preserve">Ringe </w:t>
      </w:r>
      <w:r w:rsidR="007C163A">
        <w:rPr>
          <w:lang w:val="nb-NO"/>
        </w:rPr>
        <w:t>tjenestemottaker</w:t>
      </w:r>
      <w:r w:rsidRPr="00B46FF6">
        <w:rPr>
          <w:lang w:val="nb-NO"/>
        </w:rPr>
        <w:t xml:space="preserve"> eller </w:t>
      </w:r>
      <w:r w:rsidR="0052594A" w:rsidRPr="00B46FF6">
        <w:rPr>
          <w:lang w:val="nb-NO"/>
        </w:rPr>
        <w:t>pårørende</w:t>
      </w:r>
      <w:r w:rsidRPr="00B46FF6">
        <w:rPr>
          <w:lang w:val="nb-NO"/>
        </w:rPr>
        <w:t xml:space="preserve">. Dersom du </w:t>
      </w:r>
      <w:r w:rsidR="00387ABA">
        <w:rPr>
          <w:lang w:val="nb-NO"/>
        </w:rPr>
        <w:t>ikke</w:t>
      </w:r>
      <w:r w:rsidRPr="00B46FF6">
        <w:rPr>
          <w:lang w:val="nb-NO"/>
        </w:rPr>
        <w:t xml:space="preserve"> får kontakt med </w:t>
      </w:r>
      <w:r w:rsidR="007C163A">
        <w:rPr>
          <w:lang w:val="nb-NO"/>
        </w:rPr>
        <w:t>tjenestemottaker</w:t>
      </w:r>
      <w:r w:rsidRPr="00B46FF6">
        <w:rPr>
          <w:lang w:val="nb-NO"/>
        </w:rPr>
        <w:t>,</w:t>
      </w:r>
      <w:r w:rsidR="00D85292">
        <w:rPr>
          <w:lang w:val="nb-NO"/>
        </w:rPr>
        <w:t xml:space="preserve"> </w:t>
      </w:r>
      <w:r w:rsidRPr="00B46FF6">
        <w:rPr>
          <w:lang w:val="nb-NO"/>
        </w:rPr>
        <w:t xml:space="preserve">følg </w:t>
      </w:r>
      <w:r w:rsidR="00BC2A55">
        <w:rPr>
          <w:lang w:val="nb-NO"/>
        </w:rPr>
        <w:t>hjemme</w:t>
      </w:r>
      <w:r w:rsidR="00EA6616">
        <w:rPr>
          <w:lang w:val="nb-NO"/>
        </w:rPr>
        <w:t>tjenesten</w:t>
      </w:r>
      <w:r w:rsidRPr="00B46FF6">
        <w:rPr>
          <w:lang w:val="nb-NO"/>
        </w:rPr>
        <w:t xml:space="preserve"> si</w:t>
      </w:r>
      <w:r w:rsidR="00BC2A55">
        <w:rPr>
          <w:lang w:val="nb-NO"/>
        </w:rPr>
        <w:t>n</w:t>
      </w:r>
      <w:r w:rsidRPr="00B46FF6">
        <w:rPr>
          <w:lang w:val="nb-NO"/>
        </w:rPr>
        <w:t xml:space="preserve"> rutine for slike </w:t>
      </w:r>
      <w:r w:rsidR="0052594A" w:rsidRPr="00B46FF6">
        <w:rPr>
          <w:lang w:val="nb-NO"/>
        </w:rPr>
        <w:t>situasjoner</w:t>
      </w:r>
      <w:r w:rsidRPr="00B46FF6">
        <w:rPr>
          <w:lang w:val="nb-NO"/>
        </w:rPr>
        <w:t>.</w:t>
      </w:r>
    </w:p>
    <w:p w14:paraId="28DC0699" w14:textId="2980DBD9" w:rsidR="00B46FF6" w:rsidRPr="00B46FF6" w:rsidRDefault="00B46FF6" w:rsidP="001007D1">
      <w:pPr>
        <w:pStyle w:val="ListParagraph"/>
        <w:numPr>
          <w:ilvl w:val="0"/>
          <w:numId w:val="30"/>
        </w:numPr>
        <w:rPr>
          <w:lang w:val="nb-NO"/>
        </w:rPr>
      </w:pPr>
      <w:r w:rsidRPr="00B46FF6">
        <w:rPr>
          <w:lang w:val="nb-NO"/>
        </w:rPr>
        <w:t xml:space="preserve">Utføre </w:t>
      </w:r>
      <w:r w:rsidR="00BC2A55">
        <w:rPr>
          <w:lang w:val="nb-NO"/>
        </w:rPr>
        <w:t>hjemme</w:t>
      </w:r>
      <w:r w:rsidRPr="00B46FF6">
        <w:rPr>
          <w:lang w:val="nb-NO"/>
        </w:rPr>
        <w:t>besøk ved behov.</w:t>
      </w:r>
    </w:p>
    <w:p w14:paraId="1BF5D5CE" w14:textId="55E7CB1A" w:rsidR="00B46FF6" w:rsidRDefault="00B46FF6" w:rsidP="001007D1">
      <w:pPr>
        <w:pStyle w:val="ListParagraph"/>
        <w:numPr>
          <w:ilvl w:val="0"/>
          <w:numId w:val="30"/>
        </w:numPr>
        <w:rPr>
          <w:lang w:val="nb-NO"/>
        </w:rPr>
      </w:pPr>
      <w:r w:rsidRPr="00B46FF6">
        <w:rPr>
          <w:lang w:val="nb-NO"/>
        </w:rPr>
        <w:t xml:space="preserve">Følg opp tekniske </w:t>
      </w:r>
      <w:r w:rsidR="0052594A" w:rsidRPr="00B46FF6">
        <w:rPr>
          <w:lang w:val="nb-NO"/>
        </w:rPr>
        <w:t>varslinger</w:t>
      </w:r>
      <w:r w:rsidRPr="00B46FF6">
        <w:rPr>
          <w:lang w:val="nb-NO"/>
        </w:rPr>
        <w:t>. Slike varsler krev</w:t>
      </w:r>
      <w:r w:rsidR="00BC2A55">
        <w:rPr>
          <w:lang w:val="nb-NO"/>
        </w:rPr>
        <w:t>er</w:t>
      </w:r>
      <w:r w:rsidRPr="00B46FF6">
        <w:rPr>
          <w:lang w:val="nb-NO"/>
        </w:rPr>
        <w:t xml:space="preserve"> ofte at du reise h</w:t>
      </w:r>
      <w:r w:rsidR="00BC2A55">
        <w:rPr>
          <w:lang w:val="nb-NO"/>
        </w:rPr>
        <w:t>jem</w:t>
      </w:r>
      <w:r w:rsidRPr="00B46FF6">
        <w:rPr>
          <w:lang w:val="nb-NO"/>
        </w:rPr>
        <w:t xml:space="preserve"> til </w:t>
      </w:r>
      <w:r w:rsidR="007C163A">
        <w:rPr>
          <w:lang w:val="nb-NO"/>
        </w:rPr>
        <w:t>tjenestemottaker</w:t>
      </w:r>
      <w:r w:rsidRPr="00B46FF6">
        <w:rPr>
          <w:lang w:val="nb-NO"/>
        </w:rPr>
        <w:t>.</w:t>
      </w:r>
    </w:p>
    <w:p w14:paraId="7F1A87A3" w14:textId="77777777" w:rsidR="00327767" w:rsidRPr="00B46FF6" w:rsidRDefault="00327767" w:rsidP="00327767">
      <w:pPr>
        <w:pStyle w:val="ListParagraph"/>
        <w:rPr>
          <w:lang w:val="nb-NO"/>
        </w:rPr>
      </w:pPr>
    </w:p>
    <w:p w14:paraId="516397F4" w14:textId="475C8BCA" w:rsidR="00B46FF6" w:rsidRPr="00C36C06" w:rsidRDefault="00B46FF6" w:rsidP="00D85292">
      <w:pPr>
        <w:pStyle w:val="ListParagraph"/>
        <w:ind w:left="0"/>
        <w:rPr>
          <w:lang w:val="nb-NO"/>
        </w:rPr>
      </w:pPr>
      <w:r w:rsidRPr="00B46FF6">
        <w:rPr>
          <w:lang w:val="nb-NO"/>
        </w:rPr>
        <w:t xml:space="preserve">For veiledning av </w:t>
      </w:r>
      <w:r w:rsidR="0063320E">
        <w:rPr>
          <w:lang w:val="nb-NO"/>
        </w:rPr>
        <w:t>hvor</w:t>
      </w:r>
      <w:r w:rsidR="000D79E7">
        <w:rPr>
          <w:lang w:val="nb-NO"/>
        </w:rPr>
        <w:t>dan</w:t>
      </w:r>
      <w:r w:rsidRPr="00B46FF6">
        <w:rPr>
          <w:lang w:val="nb-NO"/>
        </w:rPr>
        <w:t xml:space="preserve"> </w:t>
      </w:r>
      <w:r w:rsidR="007C163A">
        <w:rPr>
          <w:lang w:val="nb-NO"/>
        </w:rPr>
        <w:t>en</w:t>
      </w:r>
      <w:r w:rsidRPr="00B46FF6">
        <w:rPr>
          <w:lang w:val="nb-NO"/>
        </w:rPr>
        <w:t xml:space="preserve"> h</w:t>
      </w:r>
      <w:r w:rsidR="00212155">
        <w:rPr>
          <w:lang w:val="nb-NO"/>
        </w:rPr>
        <w:t>å</w:t>
      </w:r>
      <w:r w:rsidRPr="00B46FF6">
        <w:rPr>
          <w:lang w:val="nb-NO"/>
        </w:rPr>
        <w:t>ndtere</w:t>
      </w:r>
      <w:r w:rsidR="00212155">
        <w:rPr>
          <w:lang w:val="nb-NO"/>
        </w:rPr>
        <w:t>r</w:t>
      </w:r>
      <w:r w:rsidRPr="00B46FF6">
        <w:rPr>
          <w:lang w:val="nb-NO"/>
        </w:rPr>
        <w:t xml:space="preserve"> </w:t>
      </w:r>
      <w:r w:rsidR="0052594A" w:rsidRPr="00B46FF6">
        <w:rPr>
          <w:lang w:val="nb-NO"/>
        </w:rPr>
        <w:t>varslinger</w:t>
      </w:r>
      <w:r w:rsidRPr="00B46FF6">
        <w:rPr>
          <w:lang w:val="nb-NO"/>
        </w:rPr>
        <w:t xml:space="preserve"> og alarmer, </w:t>
      </w:r>
      <w:r w:rsidR="00212155">
        <w:rPr>
          <w:lang w:val="nb-NO"/>
        </w:rPr>
        <w:t>se</w:t>
      </w:r>
      <w:r w:rsidRPr="00B46FF6">
        <w:rPr>
          <w:lang w:val="nb-NO"/>
        </w:rPr>
        <w:t xml:space="preserve"> vedlagt link til handtering av </w:t>
      </w:r>
      <w:r w:rsidR="007C163A">
        <w:rPr>
          <w:lang w:val="nb-NO"/>
        </w:rPr>
        <w:t>varsler</w:t>
      </w:r>
      <w:r w:rsidRPr="00B46FF6">
        <w:rPr>
          <w:lang w:val="nb-NO"/>
        </w:rPr>
        <w:t xml:space="preserve"> </w:t>
      </w:r>
      <w:proofErr w:type="spellStart"/>
      <w:r w:rsidRPr="00B46FF6">
        <w:rPr>
          <w:lang w:val="nb-NO"/>
        </w:rPr>
        <w:t>Dignio</w:t>
      </w:r>
      <w:proofErr w:type="spellEnd"/>
      <w:r w:rsidRPr="00B46FF6">
        <w:rPr>
          <w:lang w:val="nb-NO"/>
        </w:rPr>
        <w:t>.</w:t>
      </w:r>
    </w:p>
    <w:p w14:paraId="2120F938" w14:textId="77777777" w:rsidR="00D93101" w:rsidRPr="00542656" w:rsidRDefault="00B2630B" w:rsidP="00C36C06">
      <w:pPr>
        <w:pStyle w:val="Heading3"/>
        <w:rPr>
          <w:lang w:val="nb-NO"/>
        </w:rPr>
      </w:pPr>
      <w:r w:rsidRPr="00542656">
        <w:rPr>
          <w:lang w:val="nb-NO"/>
        </w:rPr>
        <w:t>Steg 2: Lukk varsel</w:t>
      </w:r>
    </w:p>
    <w:p w14:paraId="76B8CC08" w14:textId="77777777" w:rsidR="006926D7" w:rsidRPr="006926D7" w:rsidRDefault="006926D7" w:rsidP="006926D7">
      <w:pPr>
        <w:rPr>
          <w:lang w:val="nb-NO"/>
        </w:rPr>
      </w:pPr>
      <w:r w:rsidRPr="006926D7">
        <w:rPr>
          <w:lang w:val="nb-NO"/>
        </w:rPr>
        <w:t xml:space="preserve">• Lukk varsel fra </w:t>
      </w:r>
      <w:proofErr w:type="spellStart"/>
      <w:r w:rsidRPr="006926D7">
        <w:rPr>
          <w:lang w:val="nb-NO"/>
        </w:rPr>
        <w:t>Mobili</w:t>
      </w:r>
      <w:proofErr w:type="spellEnd"/>
      <w:r w:rsidRPr="006926D7">
        <w:rPr>
          <w:lang w:val="nb-NO"/>
        </w:rPr>
        <w:t xml:space="preserve"> og </w:t>
      </w:r>
      <w:proofErr w:type="spellStart"/>
      <w:r w:rsidRPr="006926D7">
        <w:rPr>
          <w:lang w:val="nb-NO"/>
        </w:rPr>
        <w:t>Karie</w:t>
      </w:r>
      <w:proofErr w:type="spellEnd"/>
      <w:r w:rsidRPr="006926D7">
        <w:rPr>
          <w:lang w:val="nb-NO"/>
        </w:rPr>
        <w:t>, og dokumenter.</w:t>
      </w:r>
    </w:p>
    <w:p w14:paraId="2A783F86" w14:textId="5D5EC781" w:rsidR="006926D7" w:rsidRPr="00C32B5B" w:rsidRDefault="006926D7" w:rsidP="001007D1">
      <w:pPr>
        <w:pStyle w:val="ListParagraph"/>
        <w:numPr>
          <w:ilvl w:val="0"/>
          <w:numId w:val="27"/>
        </w:numPr>
        <w:rPr>
          <w:lang w:val="nb-NO"/>
        </w:rPr>
      </w:pPr>
      <w:r w:rsidRPr="00C32B5B">
        <w:rPr>
          <w:lang w:val="nb-NO"/>
        </w:rPr>
        <w:t xml:space="preserve">Lukk varselet i </w:t>
      </w:r>
      <w:proofErr w:type="spellStart"/>
      <w:r w:rsidRPr="00C32B5B">
        <w:rPr>
          <w:lang w:val="nb-NO"/>
        </w:rPr>
        <w:t>Dignio</w:t>
      </w:r>
      <w:proofErr w:type="spellEnd"/>
      <w:r w:rsidRPr="00C32B5B">
        <w:rPr>
          <w:lang w:val="nb-NO"/>
        </w:rPr>
        <w:t xml:space="preserve"> </w:t>
      </w:r>
      <w:proofErr w:type="spellStart"/>
      <w:r w:rsidRPr="00C32B5B">
        <w:rPr>
          <w:lang w:val="nb-NO"/>
        </w:rPr>
        <w:t>Prevent</w:t>
      </w:r>
      <w:proofErr w:type="spellEnd"/>
      <w:r w:rsidRPr="00C32B5B">
        <w:rPr>
          <w:lang w:val="nb-NO"/>
        </w:rPr>
        <w:t>.</w:t>
      </w:r>
    </w:p>
    <w:p w14:paraId="6229D1D1" w14:textId="212BAA4C" w:rsidR="006926D7" w:rsidRPr="00C32B5B" w:rsidRDefault="006926D7" w:rsidP="001007D1">
      <w:pPr>
        <w:pStyle w:val="ListParagraph"/>
        <w:numPr>
          <w:ilvl w:val="0"/>
          <w:numId w:val="27"/>
        </w:numPr>
        <w:rPr>
          <w:lang w:val="nb-NO"/>
        </w:rPr>
      </w:pPr>
      <w:r w:rsidRPr="00C32B5B">
        <w:rPr>
          <w:lang w:val="nb-NO"/>
        </w:rPr>
        <w:t xml:space="preserve">Skriv notat ved behov for utdyping av </w:t>
      </w:r>
      <w:r w:rsidR="0052594A">
        <w:rPr>
          <w:lang w:val="nb-NO"/>
        </w:rPr>
        <w:t>hendelsen</w:t>
      </w:r>
      <w:r w:rsidRPr="00C32B5B">
        <w:rPr>
          <w:lang w:val="nb-NO"/>
        </w:rPr>
        <w:t>.</w:t>
      </w:r>
    </w:p>
    <w:p w14:paraId="79632C78" w14:textId="2330DC89" w:rsidR="006926D7" w:rsidRPr="00C32B5B" w:rsidRDefault="006926D7" w:rsidP="001007D1">
      <w:pPr>
        <w:pStyle w:val="ListParagraph"/>
        <w:numPr>
          <w:ilvl w:val="0"/>
          <w:numId w:val="27"/>
        </w:numPr>
        <w:rPr>
          <w:lang w:val="nb-NO"/>
        </w:rPr>
      </w:pPr>
      <w:r w:rsidRPr="00C32B5B">
        <w:rPr>
          <w:lang w:val="nb-NO"/>
        </w:rPr>
        <w:t xml:space="preserve">Ved behov kan du </w:t>
      </w:r>
      <w:r w:rsidR="0052594A" w:rsidRPr="00C32B5B">
        <w:rPr>
          <w:lang w:val="nb-NO"/>
        </w:rPr>
        <w:t>dokumentere</w:t>
      </w:r>
      <w:r w:rsidRPr="00C32B5B">
        <w:rPr>
          <w:lang w:val="nb-NO"/>
        </w:rPr>
        <w:t xml:space="preserve"> i journal.</w:t>
      </w:r>
    </w:p>
    <w:p w14:paraId="0E27B00A" w14:textId="70044B8E" w:rsidR="00D93101" w:rsidRPr="00542656" w:rsidRDefault="006926D7" w:rsidP="006926D7">
      <w:pPr>
        <w:rPr>
          <w:lang w:val="nb-NO"/>
        </w:rPr>
      </w:pPr>
      <w:r w:rsidRPr="006926D7">
        <w:rPr>
          <w:lang w:val="nb-NO"/>
        </w:rPr>
        <w:t xml:space="preserve">Dersom varslet </w:t>
      </w:r>
      <w:r w:rsidR="00387ABA">
        <w:rPr>
          <w:lang w:val="nb-NO"/>
        </w:rPr>
        <w:t>ikke</w:t>
      </w:r>
      <w:r w:rsidRPr="006926D7">
        <w:rPr>
          <w:lang w:val="nb-NO"/>
        </w:rPr>
        <w:t xml:space="preserve"> lar seg </w:t>
      </w:r>
      <w:r w:rsidR="00212155" w:rsidRPr="006926D7">
        <w:rPr>
          <w:lang w:val="nb-NO"/>
        </w:rPr>
        <w:t>løse</w:t>
      </w:r>
      <w:r w:rsidRPr="006926D7">
        <w:rPr>
          <w:lang w:val="nb-NO"/>
        </w:rPr>
        <w:t xml:space="preserve">, sørg for at </w:t>
      </w:r>
      <w:r w:rsidR="007C163A">
        <w:rPr>
          <w:lang w:val="nb-NO"/>
        </w:rPr>
        <w:t>tjenestemottaker</w:t>
      </w:r>
      <w:r w:rsidRPr="006926D7">
        <w:rPr>
          <w:lang w:val="nb-NO"/>
        </w:rPr>
        <w:t xml:space="preserve"> får </w:t>
      </w:r>
      <w:r w:rsidR="00212155" w:rsidRPr="006926D7">
        <w:rPr>
          <w:lang w:val="nb-NO"/>
        </w:rPr>
        <w:t>medisinene</w:t>
      </w:r>
      <w:r w:rsidRPr="006926D7">
        <w:rPr>
          <w:lang w:val="nb-NO"/>
        </w:rPr>
        <w:t xml:space="preserve"> sine på ann</w:t>
      </w:r>
      <w:r w:rsidR="00212155">
        <w:rPr>
          <w:lang w:val="nb-NO"/>
        </w:rPr>
        <w:t>et</w:t>
      </w:r>
      <w:r w:rsidRPr="006926D7">
        <w:rPr>
          <w:lang w:val="nb-NO"/>
        </w:rPr>
        <w:t xml:space="preserve"> vis, og at saken</w:t>
      </w:r>
      <w:r w:rsidR="00D728C8">
        <w:rPr>
          <w:lang w:val="nb-NO"/>
        </w:rPr>
        <w:t xml:space="preserve"> </w:t>
      </w:r>
      <w:r w:rsidRPr="006926D7">
        <w:rPr>
          <w:lang w:val="nb-NO"/>
        </w:rPr>
        <w:t xml:space="preserve">følges opp </w:t>
      </w:r>
      <w:r w:rsidR="00212155" w:rsidRPr="006926D7">
        <w:rPr>
          <w:lang w:val="nb-NO"/>
        </w:rPr>
        <w:t>videre</w:t>
      </w:r>
      <w:r w:rsidRPr="006926D7">
        <w:rPr>
          <w:lang w:val="nb-NO"/>
        </w:rPr>
        <w:t>.</w:t>
      </w:r>
    </w:p>
    <w:p w14:paraId="716F7C75" w14:textId="72596314" w:rsidR="00D93101" w:rsidRPr="00542656" w:rsidRDefault="00B2630B" w:rsidP="004D764B">
      <w:pPr>
        <w:pStyle w:val="Heading2"/>
        <w:rPr>
          <w:lang w:val="nb-NO"/>
        </w:rPr>
      </w:pPr>
      <w:r w:rsidRPr="00542656">
        <w:rPr>
          <w:lang w:val="nb-NO"/>
        </w:rPr>
        <w:t>Treng</w:t>
      </w:r>
      <w:r w:rsidR="000D79E7">
        <w:rPr>
          <w:lang w:val="nb-NO"/>
        </w:rPr>
        <w:t>er</w:t>
      </w:r>
      <w:r w:rsidRPr="00542656">
        <w:rPr>
          <w:lang w:val="nb-NO"/>
        </w:rPr>
        <w:t xml:space="preserve"> du hjelp?</w:t>
      </w:r>
    </w:p>
    <w:p w14:paraId="295F3F75" w14:textId="77777777" w:rsidR="00D93101" w:rsidRPr="00542656" w:rsidRDefault="00B2630B">
      <w:pPr>
        <w:rPr>
          <w:lang w:val="nb-NO"/>
        </w:rPr>
      </w:pPr>
      <w:proofErr w:type="spellStart"/>
      <w:r w:rsidRPr="00542656">
        <w:rPr>
          <w:lang w:val="nb-NO"/>
        </w:rPr>
        <w:t>Dignio</w:t>
      </w:r>
      <w:proofErr w:type="spellEnd"/>
      <w:r w:rsidRPr="00542656">
        <w:rPr>
          <w:lang w:val="nb-NO"/>
        </w:rPr>
        <w:t xml:space="preserve"> (support for </w:t>
      </w:r>
      <w:proofErr w:type="spellStart"/>
      <w:r w:rsidRPr="00542656">
        <w:rPr>
          <w:lang w:val="nb-NO"/>
        </w:rPr>
        <w:t>Pilly</w:t>
      </w:r>
      <w:proofErr w:type="spellEnd"/>
      <w:r w:rsidRPr="00542656">
        <w:rPr>
          <w:lang w:val="nb-NO"/>
        </w:rPr>
        <w:t xml:space="preserve"> SMS og </w:t>
      </w:r>
      <w:proofErr w:type="spellStart"/>
      <w:r w:rsidRPr="00542656">
        <w:rPr>
          <w:lang w:val="nb-NO"/>
        </w:rPr>
        <w:t>Karie</w:t>
      </w:r>
      <w:proofErr w:type="spellEnd"/>
      <w:r w:rsidRPr="00542656">
        <w:rPr>
          <w:lang w:val="nb-NO"/>
        </w:rPr>
        <w:t>)</w:t>
      </w:r>
    </w:p>
    <w:p w14:paraId="00B5A9E1" w14:textId="22078CEB" w:rsidR="00D93101" w:rsidRPr="002117AC" w:rsidRDefault="00B2630B" w:rsidP="001007D1">
      <w:pPr>
        <w:pStyle w:val="ListParagraph"/>
        <w:numPr>
          <w:ilvl w:val="0"/>
          <w:numId w:val="33"/>
        </w:numPr>
        <w:rPr>
          <w:lang w:val="nb-NO"/>
        </w:rPr>
      </w:pPr>
      <w:r w:rsidRPr="002117AC">
        <w:rPr>
          <w:lang w:val="nb-NO"/>
        </w:rPr>
        <w:t>Telefon for kritiske feil: 69 95 55 20</w:t>
      </w:r>
    </w:p>
    <w:p w14:paraId="7D64F190" w14:textId="4EC4EFFF" w:rsidR="00D93101" w:rsidRPr="002117AC" w:rsidRDefault="00B2630B" w:rsidP="001007D1">
      <w:pPr>
        <w:pStyle w:val="ListParagraph"/>
        <w:numPr>
          <w:ilvl w:val="0"/>
          <w:numId w:val="33"/>
        </w:numPr>
        <w:rPr>
          <w:lang w:val="nb-NO"/>
        </w:rPr>
      </w:pPr>
      <w:r w:rsidRPr="002117AC">
        <w:rPr>
          <w:lang w:val="nb-NO"/>
        </w:rPr>
        <w:t>E-post: support@dignio.com</w:t>
      </w:r>
    </w:p>
    <w:p w14:paraId="4C9F8CCE" w14:textId="6B964FAC" w:rsidR="008E631C" w:rsidRPr="008E631C" w:rsidRDefault="00B2630B" w:rsidP="001007D1">
      <w:pPr>
        <w:pStyle w:val="ListParagraph"/>
        <w:numPr>
          <w:ilvl w:val="0"/>
          <w:numId w:val="33"/>
        </w:numPr>
        <w:rPr>
          <w:lang w:val="nb-NO"/>
        </w:rPr>
      </w:pPr>
      <w:r w:rsidRPr="008E631C">
        <w:rPr>
          <w:lang w:val="nb-NO"/>
        </w:rPr>
        <w:t>Åpningstid 24/7/365 ved kritiske feil.</w:t>
      </w:r>
      <w:r w:rsidR="002117AC" w:rsidRPr="008E631C">
        <w:rPr>
          <w:lang w:val="nb-NO"/>
        </w:rPr>
        <w:t xml:space="preserve"> </w:t>
      </w:r>
      <w:r w:rsidRPr="008E631C">
        <w:rPr>
          <w:lang w:val="nb-NO"/>
        </w:rPr>
        <w:t xml:space="preserve"> </w:t>
      </w:r>
    </w:p>
    <w:p w14:paraId="4E9D40E5" w14:textId="4887E167" w:rsidR="00D93101" w:rsidRPr="008E631C" w:rsidRDefault="00B2630B" w:rsidP="001007D1">
      <w:pPr>
        <w:pStyle w:val="ListParagraph"/>
        <w:numPr>
          <w:ilvl w:val="0"/>
          <w:numId w:val="33"/>
        </w:numPr>
        <w:rPr>
          <w:lang w:val="nb-NO"/>
        </w:rPr>
      </w:pPr>
      <w:r w:rsidRPr="008E631C">
        <w:rPr>
          <w:lang w:val="nb-NO"/>
        </w:rPr>
        <w:t xml:space="preserve">Åpningstid for anna </w:t>
      </w:r>
      <w:r w:rsidR="00212155" w:rsidRPr="008E631C">
        <w:rPr>
          <w:lang w:val="nb-NO"/>
        </w:rPr>
        <w:t>brukerstøtte</w:t>
      </w:r>
      <w:r w:rsidRPr="008E631C">
        <w:rPr>
          <w:lang w:val="nb-NO"/>
        </w:rPr>
        <w:t xml:space="preserve">: 8-16 alle </w:t>
      </w:r>
      <w:r w:rsidR="000D79E7">
        <w:rPr>
          <w:lang w:val="nb-NO"/>
        </w:rPr>
        <w:t>hver</w:t>
      </w:r>
      <w:r w:rsidR="000D79E7" w:rsidRPr="008E631C">
        <w:rPr>
          <w:lang w:val="nb-NO"/>
        </w:rPr>
        <w:t>dager</w:t>
      </w:r>
      <w:r w:rsidRPr="008E631C">
        <w:rPr>
          <w:lang w:val="nb-NO"/>
        </w:rPr>
        <w:t xml:space="preserve"> med unntak av r</w:t>
      </w:r>
      <w:r w:rsidR="00212155">
        <w:rPr>
          <w:lang w:val="nb-NO"/>
        </w:rPr>
        <w:t>ø</w:t>
      </w:r>
      <w:r w:rsidRPr="008E631C">
        <w:rPr>
          <w:lang w:val="nb-NO"/>
        </w:rPr>
        <w:t>de dag</w:t>
      </w:r>
      <w:r w:rsidR="00212155">
        <w:rPr>
          <w:lang w:val="nb-NO"/>
        </w:rPr>
        <w:t>e</w:t>
      </w:r>
      <w:r w:rsidRPr="008E631C">
        <w:rPr>
          <w:lang w:val="nb-NO"/>
        </w:rPr>
        <w:t>r.</w:t>
      </w:r>
    </w:p>
    <w:p w14:paraId="4B94D5A5" w14:textId="77777777" w:rsidR="00D93101" w:rsidRPr="00542656" w:rsidRDefault="00D93101">
      <w:pPr>
        <w:rPr>
          <w:lang w:val="nb-NO"/>
        </w:rPr>
      </w:pPr>
    </w:p>
    <w:sectPr w:rsidR="00D93101" w:rsidRPr="00542656" w:rsidSect="00B86BF8">
      <w:headerReference w:type="default" r:id="rId11"/>
      <w:pgSz w:w="12240" w:h="15840"/>
      <w:pgMar w:top="720" w:right="720" w:bottom="72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E48F5" w14:textId="77777777" w:rsidR="00335173" w:rsidRDefault="00335173">
      <w:pPr>
        <w:spacing w:after="0" w:line="240" w:lineRule="auto"/>
      </w:pPr>
      <w:r>
        <w:separator/>
      </w:r>
    </w:p>
  </w:endnote>
  <w:endnote w:type="continuationSeparator" w:id="0">
    <w:p w14:paraId="2E9C85C3" w14:textId="77777777" w:rsidR="00335173" w:rsidRDefault="00335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8C55F" w14:textId="77777777" w:rsidR="00335173" w:rsidRDefault="00335173">
      <w:pPr>
        <w:spacing w:after="0" w:line="240" w:lineRule="auto"/>
      </w:pPr>
      <w:r>
        <w:separator/>
      </w:r>
    </w:p>
  </w:footnote>
  <w:footnote w:type="continuationSeparator" w:id="0">
    <w:p w14:paraId="169A72D5" w14:textId="77777777" w:rsidR="00335173" w:rsidRDefault="00335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A9FF" w14:textId="77777777" w:rsidR="00D3010F" w:rsidRDefault="00D3010F">
    <w:r>
      <w:t>Kommune</w:t>
    </w:r>
    <w:r>
      <w:ptab w:relativeTo="margin" w:alignment="center" w:leader="none"/>
    </w:r>
    <w:r>
      <w:t>Dato</w:t>
    </w:r>
    <w:r>
      <w:ptab w:relativeTo="margin" w:alignment="right" w:leader="none"/>
    </w:r>
    <w:r>
      <w:t>Ansvar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346014"/>
    <w:multiLevelType w:val="hybridMultilevel"/>
    <w:tmpl w:val="6BBEDB18"/>
    <w:lvl w:ilvl="0" w:tplc="D1C645C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7627B4"/>
    <w:multiLevelType w:val="hybridMultilevel"/>
    <w:tmpl w:val="35229FAE"/>
    <w:lvl w:ilvl="0" w:tplc="FFFFFFFF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CF1012"/>
    <w:multiLevelType w:val="hybridMultilevel"/>
    <w:tmpl w:val="8D4E53CC"/>
    <w:lvl w:ilvl="0" w:tplc="621EB36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437D1E"/>
    <w:multiLevelType w:val="hybridMultilevel"/>
    <w:tmpl w:val="6798939C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2334A1"/>
    <w:multiLevelType w:val="hybridMultilevel"/>
    <w:tmpl w:val="87D6C62A"/>
    <w:lvl w:ilvl="0" w:tplc="621EB362">
      <w:numFmt w:val="bullet"/>
      <w:lvlText w:val="•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33F5D31"/>
    <w:multiLevelType w:val="hybridMultilevel"/>
    <w:tmpl w:val="5EC06D4C"/>
    <w:lvl w:ilvl="0" w:tplc="621EB36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52447B"/>
    <w:multiLevelType w:val="hybridMultilevel"/>
    <w:tmpl w:val="AF20F06E"/>
    <w:lvl w:ilvl="0" w:tplc="621EB36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794BBF"/>
    <w:multiLevelType w:val="hybridMultilevel"/>
    <w:tmpl w:val="C596A2AA"/>
    <w:lvl w:ilvl="0" w:tplc="621EB362">
      <w:numFmt w:val="bullet"/>
      <w:lvlText w:val="•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343791"/>
    <w:multiLevelType w:val="hybridMultilevel"/>
    <w:tmpl w:val="0136D8E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2436F"/>
    <w:multiLevelType w:val="hybridMultilevel"/>
    <w:tmpl w:val="855A34E6"/>
    <w:lvl w:ilvl="0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705A36"/>
    <w:multiLevelType w:val="hybridMultilevel"/>
    <w:tmpl w:val="4258ACA8"/>
    <w:lvl w:ilvl="0" w:tplc="621EB36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90810"/>
    <w:multiLevelType w:val="hybridMultilevel"/>
    <w:tmpl w:val="E6AA8FD0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B12C3"/>
    <w:multiLevelType w:val="hybridMultilevel"/>
    <w:tmpl w:val="C944DF14"/>
    <w:lvl w:ilvl="0" w:tplc="621EB36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503122"/>
    <w:multiLevelType w:val="hybridMultilevel"/>
    <w:tmpl w:val="2952873A"/>
    <w:lvl w:ilvl="0" w:tplc="621EB36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6C6848"/>
    <w:multiLevelType w:val="hybridMultilevel"/>
    <w:tmpl w:val="E098CA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13615"/>
    <w:multiLevelType w:val="hybridMultilevel"/>
    <w:tmpl w:val="14A69F5C"/>
    <w:lvl w:ilvl="0" w:tplc="621EB36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F0479"/>
    <w:multiLevelType w:val="hybridMultilevel"/>
    <w:tmpl w:val="9D2E7BD8"/>
    <w:lvl w:ilvl="0" w:tplc="621EB36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935F0"/>
    <w:multiLevelType w:val="hybridMultilevel"/>
    <w:tmpl w:val="AEDE299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14062D"/>
    <w:multiLevelType w:val="hybridMultilevel"/>
    <w:tmpl w:val="2A08CE52"/>
    <w:lvl w:ilvl="0" w:tplc="621EB362">
      <w:numFmt w:val="bullet"/>
      <w:lvlText w:val="•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9DE2688"/>
    <w:multiLevelType w:val="hybridMultilevel"/>
    <w:tmpl w:val="DED05C6E"/>
    <w:lvl w:ilvl="0" w:tplc="621EB36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87134C"/>
    <w:multiLevelType w:val="hybridMultilevel"/>
    <w:tmpl w:val="099A9346"/>
    <w:lvl w:ilvl="0" w:tplc="621EB36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C7312C"/>
    <w:multiLevelType w:val="hybridMultilevel"/>
    <w:tmpl w:val="67545BAC"/>
    <w:lvl w:ilvl="0" w:tplc="621EB36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A42A0"/>
    <w:multiLevelType w:val="hybridMultilevel"/>
    <w:tmpl w:val="6416167E"/>
    <w:lvl w:ilvl="0" w:tplc="621EB362">
      <w:numFmt w:val="bullet"/>
      <w:lvlText w:val="•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C32561E"/>
    <w:multiLevelType w:val="hybridMultilevel"/>
    <w:tmpl w:val="7F987BE6"/>
    <w:lvl w:ilvl="0" w:tplc="621EB362">
      <w:numFmt w:val="bullet"/>
      <w:lvlText w:val="•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C82E1F04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462323">
    <w:abstractNumId w:val="1"/>
  </w:num>
  <w:num w:numId="2" w16cid:durableId="1286699068">
    <w:abstractNumId w:val="2"/>
  </w:num>
  <w:num w:numId="3" w16cid:durableId="1406412420">
    <w:abstractNumId w:val="5"/>
  </w:num>
  <w:num w:numId="4" w16cid:durableId="1717895416">
    <w:abstractNumId w:val="4"/>
  </w:num>
  <w:num w:numId="5" w16cid:durableId="265617900">
    <w:abstractNumId w:val="8"/>
  </w:num>
  <w:num w:numId="6" w16cid:durableId="315843135">
    <w:abstractNumId w:val="6"/>
  </w:num>
  <w:num w:numId="7" w16cid:durableId="31810746">
    <w:abstractNumId w:val="7"/>
  </w:num>
  <w:num w:numId="8" w16cid:durableId="715665625">
    <w:abstractNumId w:val="0"/>
  </w:num>
  <w:num w:numId="9" w16cid:durableId="960888928">
    <w:abstractNumId w:val="3"/>
  </w:num>
  <w:num w:numId="10" w16cid:durableId="55860007">
    <w:abstractNumId w:val="23"/>
  </w:num>
  <w:num w:numId="11" w16cid:durableId="1552687353">
    <w:abstractNumId w:val="14"/>
  </w:num>
  <w:num w:numId="12" w16cid:durableId="1448819129">
    <w:abstractNumId w:val="13"/>
  </w:num>
  <w:num w:numId="13" w16cid:durableId="186260530">
    <w:abstractNumId w:val="27"/>
  </w:num>
  <w:num w:numId="14" w16cid:durableId="1182469410">
    <w:abstractNumId w:val="32"/>
  </w:num>
  <w:num w:numId="15" w16cid:durableId="2115664181">
    <w:abstractNumId w:val="21"/>
  </w:num>
  <w:num w:numId="16" w16cid:durableId="867109141">
    <w:abstractNumId w:val="11"/>
  </w:num>
  <w:num w:numId="17" w16cid:durableId="1111509531">
    <w:abstractNumId w:val="22"/>
  </w:num>
  <w:num w:numId="18" w16cid:durableId="299383256">
    <w:abstractNumId w:val="24"/>
  </w:num>
  <w:num w:numId="19" w16cid:durableId="1620603821">
    <w:abstractNumId w:val="31"/>
  </w:num>
  <w:num w:numId="20" w16cid:durableId="199247764">
    <w:abstractNumId w:val="25"/>
  </w:num>
  <w:num w:numId="21" w16cid:durableId="1313867880">
    <w:abstractNumId w:val="19"/>
  </w:num>
  <w:num w:numId="22" w16cid:durableId="140853806">
    <w:abstractNumId w:val="16"/>
  </w:num>
  <w:num w:numId="23" w16cid:durableId="1377196023">
    <w:abstractNumId w:val="28"/>
  </w:num>
  <w:num w:numId="24" w16cid:durableId="1581208117">
    <w:abstractNumId w:val="30"/>
  </w:num>
  <w:num w:numId="25" w16cid:durableId="1301770171">
    <w:abstractNumId w:val="15"/>
  </w:num>
  <w:num w:numId="26" w16cid:durableId="772745627">
    <w:abstractNumId w:val="9"/>
  </w:num>
  <w:num w:numId="27" w16cid:durableId="887692210">
    <w:abstractNumId w:val="12"/>
  </w:num>
  <w:num w:numId="28" w16cid:durableId="1863007116">
    <w:abstractNumId w:val="18"/>
  </w:num>
  <w:num w:numId="29" w16cid:durableId="1854152522">
    <w:abstractNumId w:val="10"/>
  </w:num>
  <w:num w:numId="30" w16cid:durableId="1841701024">
    <w:abstractNumId w:val="26"/>
  </w:num>
  <w:num w:numId="31" w16cid:durableId="1782718897">
    <w:abstractNumId w:val="20"/>
  </w:num>
  <w:num w:numId="32" w16cid:durableId="1930114942">
    <w:abstractNumId w:val="17"/>
  </w:num>
  <w:num w:numId="33" w16cid:durableId="93717301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575"/>
    <w:rsid w:val="00037C1E"/>
    <w:rsid w:val="00054636"/>
    <w:rsid w:val="0006063C"/>
    <w:rsid w:val="00064A7C"/>
    <w:rsid w:val="000663C6"/>
    <w:rsid w:val="00076775"/>
    <w:rsid w:val="000D79E7"/>
    <w:rsid w:val="001007D1"/>
    <w:rsid w:val="00133392"/>
    <w:rsid w:val="00133DDA"/>
    <w:rsid w:val="0015074B"/>
    <w:rsid w:val="00167BA5"/>
    <w:rsid w:val="001C6A67"/>
    <w:rsid w:val="00204C4B"/>
    <w:rsid w:val="002117AC"/>
    <w:rsid w:val="00212155"/>
    <w:rsid w:val="00214EED"/>
    <w:rsid w:val="0021508B"/>
    <w:rsid w:val="00217C72"/>
    <w:rsid w:val="00270A0B"/>
    <w:rsid w:val="00283ED9"/>
    <w:rsid w:val="0029639D"/>
    <w:rsid w:val="002C09CC"/>
    <w:rsid w:val="002D59A7"/>
    <w:rsid w:val="00307A74"/>
    <w:rsid w:val="003269A0"/>
    <w:rsid w:val="00326F90"/>
    <w:rsid w:val="00327767"/>
    <w:rsid w:val="00335173"/>
    <w:rsid w:val="00337C4E"/>
    <w:rsid w:val="003524FF"/>
    <w:rsid w:val="00387ABA"/>
    <w:rsid w:val="00394C77"/>
    <w:rsid w:val="003A6728"/>
    <w:rsid w:val="003F261C"/>
    <w:rsid w:val="004122D1"/>
    <w:rsid w:val="00435FE3"/>
    <w:rsid w:val="004746D1"/>
    <w:rsid w:val="00477CF8"/>
    <w:rsid w:val="00486228"/>
    <w:rsid w:val="004B4B7E"/>
    <w:rsid w:val="004D2F00"/>
    <w:rsid w:val="004D764B"/>
    <w:rsid w:val="00521474"/>
    <w:rsid w:val="0052594A"/>
    <w:rsid w:val="00542656"/>
    <w:rsid w:val="00572339"/>
    <w:rsid w:val="00575925"/>
    <w:rsid w:val="005F30D9"/>
    <w:rsid w:val="006117D4"/>
    <w:rsid w:val="00630065"/>
    <w:rsid w:val="0063320E"/>
    <w:rsid w:val="00677722"/>
    <w:rsid w:val="006926D7"/>
    <w:rsid w:val="0069489B"/>
    <w:rsid w:val="006E1CA8"/>
    <w:rsid w:val="006E371D"/>
    <w:rsid w:val="006F516A"/>
    <w:rsid w:val="00713DEE"/>
    <w:rsid w:val="0073391B"/>
    <w:rsid w:val="00773498"/>
    <w:rsid w:val="007739D7"/>
    <w:rsid w:val="007A131E"/>
    <w:rsid w:val="007C163A"/>
    <w:rsid w:val="007C1907"/>
    <w:rsid w:val="007F6149"/>
    <w:rsid w:val="008142DB"/>
    <w:rsid w:val="0081576F"/>
    <w:rsid w:val="00816E31"/>
    <w:rsid w:val="00823661"/>
    <w:rsid w:val="00827B89"/>
    <w:rsid w:val="00842BE2"/>
    <w:rsid w:val="0085340A"/>
    <w:rsid w:val="00853B43"/>
    <w:rsid w:val="00874327"/>
    <w:rsid w:val="008C131C"/>
    <w:rsid w:val="008D39EB"/>
    <w:rsid w:val="008E631C"/>
    <w:rsid w:val="009204E1"/>
    <w:rsid w:val="0094072F"/>
    <w:rsid w:val="00940903"/>
    <w:rsid w:val="00976CB3"/>
    <w:rsid w:val="00996F48"/>
    <w:rsid w:val="009F060C"/>
    <w:rsid w:val="009F07F8"/>
    <w:rsid w:val="009F2439"/>
    <w:rsid w:val="009F5E96"/>
    <w:rsid w:val="009F7E4D"/>
    <w:rsid w:val="00A6118E"/>
    <w:rsid w:val="00A61FA7"/>
    <w:rsid w:val="00AA1D8D"/>
    <w:rsid w:val="00B20CEE"/>
    <w:rsid w:val="00B2630B"/>
    <w:rsid w:val="00B263EA"/>
    <w:rsid w:val="00B43CA2"/>
    <w:rsid w:val="00B46FF6"/>
    <w:rsid w:val="00B47730"/>
    <w:rsid w:val="00B66E7E"/>
    <w:rsid w:val="00B86BF8"/>
    <w:rsid w:val="00B93581"/>
    <w:rsid w:val="00BA209C"/>
    <w:rsid w:val="00BA6426"/>
    <w:rsid w:val="00BB1ABB"/>
    <w:rsid w:val="00BC2A55"/>
    <w:rsid w:val="00BE0A74"/>
    <w:rsid w:val="00C11C7F"/>
    <w:rsid w:val="00C32B5B"/>
    <w:rsid w:val="00C36C06"/>
    <w:rsid w:val="00C7128A"/>
    <w:rsid w:val="00CB0664"/>
    <w:rsid w:val="00CC5C60"/>
    <w:rsid w:val="00CE3E85"/>
    <w:rsid w:val="00CE4763"/>
    <w:rsid w:val="00CE612E"/>
    <w:rsid w:val="00D008B5"/>
    <w:rsid w:val="00D3010F"/>
    <w:rsid w:val="00D31646"/>
    <w:rsid w:val="00D358C7"/>
    <w:rsid w:val="00D60A1B"/>
    <w:rsid w:val="00D728C8"/>
    <w:rsid w:val="00D85292"/>
    <w:rsid w:val="00D93101"/>
    <w:rsid w:val="00DB67CC"/>
    <w:rsid w:val="00DF662F"/>
    <w:rsid w:val="00E046A1"/>
    <w:rsid w:val="00E32763"/>
    <w:rsid w:val="00E407B0"/>
    <w:rsid w:val="00E6689B"/>
    <w:rsid w:val="00E7018E"/>
    <w:rsid w:val="00E8022F"/>
    <w:rsid w:val="00E9705F"/>
    <w:rsid w:val="00EA6616"/>
    <w:rsid w:val="00EB0CDB"/>
    <w:rsid w:val="00EB186D"/>
    <w:rsid w:val="00F573F6"/>
    <w:rsid w:val="00F67F1B"/>
    <w:rsid w:val="00FB0CDC"/>
    <w:rsid w:val="00FC2806"/>
    <w:rsid w:val="00FC693F"/>
    <w:rsid w:val="00FF0242"/>
    <w:rsid w:val="7AA1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DACDBA1-4974-49B5-A7AC-D7E0930C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09C"/>
  </w:style>
  <w:style w:type="paragraph" w:styleId="Footer">
    <w:name w:val="footer"/>
    <w:basedOn w:val="Normal"/>
    <w:link w:val="FooterChar"/>
    <w:uiPriority w:val="99"/>
    <w:unhideWhenUsed/>
    <w:rsid w:val="00BA2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09C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customStyle="1" w:styleId="TopptekstTegn">
    <w:name w:val="Topptekst Tegn"/>
    <w:basedOn w:val="DefaultParagraphFont"/>
    <w:uiPriority w:val="99"/>
    <w:rsid w:val="009204E1"/>
  </w:style>
  <w:style w:type="character" w:customStyle="1" w:styleId="BunntekstTegn">
    <w:name w:val="Bunntekst Tegn"/>
    <w:basedOn w:val="DefaultParagraphFont"/>
    <w:uiPriority w:val="99"/>
    <w:rsid w:val="009204E1"/>
  </w:style>
  <w:style w:type="character" w:customStyle="1" w:styleId="Overskrift1Tegn">
    <w:name w:val="Overskrift 1 Tegn"/>
    <w:basedOn w:val="DefaultParagraphFont"/>
    <w:uiPriority w:val="9"/>
    <w:rsid w:val="00920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DefaultParagraphFont"/>
    <w:uiPriority w:val="9"/>
    <w:rsid w:val="009204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DefaultParagraphFont"/>
    <w:uiPriority w:val="9"/>
    <w:rsid w:val="009204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telTegn">
    <w:name w:val="Tittel Tegn"/>
    <w:basedOn w:val="DefaultParagraphFont"/>
    <w:uiPriority w:val="10"/>
    <w:rsid w:val="00920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UndertittelTegn">
    <w:name w:val="Undertittel Tegn"/>
    <w:basedOn w:val="DefaultParagraphFont"/>
    <w:uiPriority w:val="11"/>
    <w:rsid w:val="009204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rdtekstTegn">
    <w:name w:val="Brødtekst Tegn"/>
    <w:basedOn w:val="DefaultParagraphFont"/>
    <w:uiPriority w:val="99"/>
    <w:rsid w:val="009204E1"/>
  </w:style>
  <w:style w:type="character" w:customStyle="1" w:styleId="Brdtekst2Tegn">
    <w:name w:val="Brødtekst 2 Tegn"/>
    <w:basedOn w:val="DefaultParagraphFont"/>
    <w:uiPriority w:val="99"/>
    <w:rsid w:val="009204E1"/>
  </w:style>
  <w:style w:type="character" w:customStyle="1" w:styleId="Brdtekst3Tegn">
    <w:name w:val="Brødtekst 3 Tegn"/>
    <w:basedOn w:val="DefaultParagraphFont"/>
    <w:uiPriority w:val="99"/>
    <w:rsid w:val="009204E1"/>
    <w:rPr>
      <w:sz w:val="16"/>
      <w:szCs w:val="16"/>
    </w:rPr>
  </w:style>
  <w:style w:type="character" w:customStyle="1" w:styleId="MakrotekstTegn">
    <w:name w:val="Makrotekst Tegn"/>
    <w:basedOn w:val="DefaultParagraphFont"/>
    <w:uiPriority w:val="99"/>
    <w:rsid w:val="009204E1"/>
    <w:rPr>
      <w:rFonts w:ascii="Courier" w:hAnsi="Courier"/>
      <w:sz w:val="20"/>
      <w:szCs w:val="20"/>
    </w:rPr>
  </w:style>
  <w:style w:type="character" w:customStyle="1" w:styleId="SitatTegn">
    <w:name w:val="Sitat Tegn"/>
    <w:basedOn w:val="DefaultParagraphFont"/>
    <w:uiPriority w:val="29"/>
    <w:rsid w:val="009204E1"/>
    <w:rPr>
      <w:i/>
      <w:iCs/>
      <w:color w:val="000000" w:themeColor="text1"/>
    </w:rPr>
  </w:style>
  <w:style w:type="character" w:customStyle="1" w:styleId="Overskrift4Tegn">
    <w:name w:val="Overskrift 4 Tegn"/>
    <w:basedOn w:val="DefaultParagraphFont"/>
    <w:uiPriority w:val="9"/>
    <w:rsid w:val="009204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DefaultParagraphFont"/>
    <w:uiPriority w:val="9"/>
    <w:semiHidden/>
    <w:rsid w:val="009204E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DefaultParagraphFont"/>
    <w:uiPriority w:val="9"/>
    <w:semiHidden/>
    <w:rsid w:val="009204E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DefaultParagraphFont"/>
    <w:uiPriority w:val="9"/>
    <w:semiHidden/>
    <w:rsid w:val="009204E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DefaultParagraphFont"/>
    <w:uiPriority w:val="9"/>
    <w:semiHidden/>
    <w:rsid w:val="009204E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DefaultParagraphFont"/>
    <w:uiPriority w:val="9"/>
    <w:semiHidden/>
    <w:rsid w:val="009204E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SterktsitatTegn">
    <w:name w:val="Sterkt sitat Tegn"/>
    <w:basedOn w:val="DefaultParagraphFont"/>
    <w:uiPriority w:val="30"/>
    <w:rsid w:val="009204E1"/>
    <w:rPr>
      <w:b/>
      <w:bCs/>
      <w:i/>
      <w:iCs/>
      <w:color w:val="4F81BD" w:themeColor="accent1"/>
    </w:rPr>
  </w:style>
  <w:style w:type="table" w:customStyle="1" w:styleId="TableNormal1">
    <w:name w:val="Table Normal1"/>
    <w:uiPriority w:val="99"/>
    <w:semiHidden/>
    <w:unhideWhenUsed/>
    <w:rsid w:val="001007D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1"/>
    <w:uiPriority w:val="60"/>
    <w:rsid w:val="001007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21">
    <w:name w:val="Light Shading - Accent 21"/>
    <w:basedOn w:val="TableNormal1"/>
    <w:uiPriority w:val="60"/>
    <w:rsid w:val="001007D1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-Accent31">
    <w:name w:val="Light Shading - Accent 31"/>
    <w:basedOn w:val="TableNormal1"/>
    <w:uiPriority w:val="60"/>
    <w:rsid w:val="001007D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41">
    <w:name w:val="Light Shading - Accent 41"/>
    <w:basedOn w:val="TableNormal1"/>
    <w:uiPriority w:val="60"/>
    <w:rsid w:val="001007D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-Accent51">
    <w:name w:val="Light Shading - Accent 51"/>
    <w:basedOn w:val="TableNormal1"/>
    <w:uiPriority w:val="60"/>
    <w:rsid w:val="001007D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-Accent61">
    <w:name w:val="Light Shading - Accent 61"/>
    <w:basedOn w:val="TableNormal1"/>
    <w:uiPriority w:val="60"/>
    <w:rsid w:val="001007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-Accent11">
    <w:name w:val="Light List - Accent 11"/>
    <w:basedOn w:val="TableNormal1"/>
    <w:uiPriority w:val="61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21">
    <w:name w:val="Light List - Accent 21"/>
    <w:basedOn w:val="TableNormal1"/>
    <w:uiPriority w:val="61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31">
    <w:name w:val="Light List - Accent 31"/>
    <w:basedOn w:val="TableNormal1"/>
    <w:uiPriority w:val="61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-Accent41">
    <w:name w:val="Light List - Accent 41"/>
    <w:basedOn w:val="TableNormal1"/>
    <w:uiPriority w:val="61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-Accent51">
    <w:name w:val="Light List - Accent 51"/>
    <w:basedOn w:val="TableNormal1"/>
    <w:uiPriority w:val="61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-Accent61">
    <w:name w:val="Light List - Accent 61"/>
    <w:basedOn w:val="TableNormal1"/>
    <w:uiPriority w:val="61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-Accent11">
    <w:name w:val="Light Grid - Accent 11"/>
    <w:basedOn w:val="TableNormal1"/>
    <w:uiPriority w:val="62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-Accent21">
    <w:name w:val="Light Grid - Accent 21"/>
    <w:basedOn w:val="TableNormal1"/>
    <w:uiPriority w:val="62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-Accent31">
    <w:name w:val="Light Grid - Accent 31"/>
    <w:basedOn w:val="TableNormal1"/>
    <w:uiPriority w:val="62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-Accent41">
    <w:name w:val="Light Grid - Accent 41"/>
    <w:basedOn w:val="TableNormal1"/>
    <w:uiPriority w:val="62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-Accent51">
    <w:name w:val="Light Grid - Accent 51"/>
    <w:basedOn w:val="TableNormal1"/>
    <w:uiPriority w:val="62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61">
    <w:name w:val="Light Grid - Accent 61"/>
    <w:basedOn w:val="TableNormal1"/>
    <w:uiPriority w:val="62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-Accent11">
    <w:name w:val="Medium Shading 1 - Accent 11"/>
    <w:basedOn w:val="TableNormal1"/>
    <w:uiPriority w:val="63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1"/>
    <w:uiPriority w:val="63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1"/>
    <w:uiPriority w:val="63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1"/>
    <w:uiPriority w:val="63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1"/>
    <w:uiPriority w:val="63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1"/>
    <w:uiPriority w:val="63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1"/>
    <w:uiPriority w:val="64"/>
    <w:rsid w:val="001007D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1"/>
    <w:uiPriority w:val="64"/>
    <w:rsid w:val="001007D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1"/>
    <w:uiPriority w:val="64"/>
    <w:rsid w:val="001007D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1"/>
    <w:uiPriority w:val="64"/>
    <w:rsid w:val="001007D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1"/>
    <w:uiPriority w:val="64"/>
    <w:rsid w:val="001007D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1"/>
    <w:uiPriority w:val="64"/>
    <w:rsid w:val="001007D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-Accent11">
    <w:name w:val="Medium List 1 - Accent 11"/>
    <w:basedOn w:val="TableNormal1"/>
    <w:uiPriority w:val="65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-Accent21">
    <w:name w:val="Medium List 1 - Accent 21"/>
    <w:basedOn w:val="TableNormal1"/>
    <w:uiPriority w:val="65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-Accent31">
    <w:name w:val="Medium List 1 - Accent 31"/>
    <w:basedOn w:val="TableNormal1"/>
    <w:uiPriority w:val="65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-Accent41">
    <w:name w:val="Medium List 1 - Accent 41"/>
    <w:basedOn w:val="TableNormal1"/>
    <w:uiPriority w:val="65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-Accent51">
    <w:name w:val="Medium List 1 - Accent 51"/>
    <w:basedOn w:val="TableNormal1"/>
    <w:uiPriority w:val="65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-Accent61">
    <w:name w:val="Medium List 1 - Accent 61"/>
    <w:basedOn w:val="TableNormal1"/>
    <w:uiPriority w:val="65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-Accent11">
    <w:name w:val="Medium List 2 - Accent 11"/>
    <w:basedOn w:val="TableNormal1"/>
    <w:uiPriority w:val="66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1"/>
    <w:uiPriority w:val="66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1"/>
    <w:uiPriority w:val="66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1"/>
    <w:uiPriority w:val="66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1"/>
    <w:uiPriority w:val="66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1"/>
    <w:uiPriority w:val="66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-Accent11">
    <w:name w:val="Medium Grid 1 - Accent 11"/>
    <w:basedOn w:val="TableNormal1"/>
    <w:uiPriority w:val="67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-Accent21">
    <w:name w:val="Medium Grid 1 - Accent 21"/>
    <w:basedOn w:val="TableNormal1"/>
    <w:uiPriority w:val="67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-Accent31">
    <w:name w:val="Medium Grid 1 - Accent 31"/>
    <w:basedOn w:val="TableNormal1"/>
    <w:uiPriority w:val="67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-Accent41">
    <w:name w:val="Medium Grid 1 - Accent 41"/>
    <w:basedOn w:val="TableNormal1"/>
    <w:uiPriority w:val="67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-Accent51">
    <w:name w:val="Medium Grid 1 - Accent 51"/>
    <w:basedOn w:val="TableNormal1"/>
    <w:uiPriority w:val="67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-Accent61">
    <w:name w:val="Medium Grid 1 - Accent 61"/>
    <w:basedOn w:val="TableNormal1"/>
    <w:uiPriority w:val="67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-Accent11">
    <w:name w:val="Medium Grid 2 - Accent 11"/>
    <w:basedOn w:val="TableNormal1"/>
    <w:uiPriority w:val="68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21">
    <w:name w:val="Medium Grid 2 - Accent 21"/>
    <w:basedOn w:val="TableNormal1"/>
    <w:uiPriority w:val="68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31">
    <w:name w:val="Medium Grid 2 - Accent 31"/>
    <w:basedOn w:val="TableNormal1"/>
    <w:uiPriority w:val="68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41">
    <w:name w:val="Medium Grid 2 - Accent 41"/>
    <w:basedOn w:val="TableNormal1"/>
    <w:uiPriority w:val="68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51">
    <w:name w:val="Medium Grid 2 - Accent 51"/>
    <w:basedOn w:val="TableNormal1"/>
    <w:uiPriority w:val="68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61">
    <w:name w:val="Medium Grid 2 - Accent 61"/>
    <w:basedOn w:val="TableNormal1"/>
    <w:uiPriority w:val="68"/>
    <w:rsid w:val="001007D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-Accent11">
    <w:name w:val="Medium Grid 3 - Accent 11"/>
    <w:basedOn w:val="TableNormal1"/>
    <w:uiPriority w:val="69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-Accent21">
    <w:name w:val="Medium Grid 3 - Accent 21"/>
    <w:basedOn w:val="TableNormal1"/>
    <w:uiPriority w:val="69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-Accent31">
    <w:name w:val="Medium Grid 3 - Accent 31"/>
    <w:basedOn w:val="TableNormal1"/>
    <w:uiPriority w:val="69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-Accent41">
    <w:name w:val="Medium Grid 3 - Accent 41"/>
    <w:basedOn w:val="TableNormal1"/>
    <w:uiPriority w:val="69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-Accent51">
    <w:name w:val="Medium Grid 3 - Accent 51"/>
    <w:basedOn w:val="TableNormal1"/>
    <w:uiPriority w:val="69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-Accent61">
    <w:name w:val="Medium Grid 3 - Accent 61"/>
    <w:basedOn w:val="TableNormal1"/>
    <w:uiPriority w:val="69"/>
    <w:rsid w:val="001007D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-Accent11">
    <w:name w:val="Dark List - Accent 11"/>
    <w:basedOn w:val="TableNormal1"/>
    <w:uiPriority w:val="70"/>
    <w:rsid w:val="001007D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-Accent21">
    <w:name w:val="Dark List - Accent 21"/>
    <w:basedOn w:val="TableNormal1"/>
    <w:uiPriority w:val="70"/>
    <w:rsid w:val="001007D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-Accent31">
    <w:name w:val="Dark List - Accent 31"/>
    <w:basedOn w:val="TableNormal1"/>
    <w:uiPriority w:val="70"/>
    <w:rsid w:val="001007D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-Accent41">
    <w:name w:val="Dark List - Accent 41"/>
    <w:basedOn w:val="TableNormal1"/>
    <w:uiPriority w:val="70"/>
    <w:rsid w:val="001007D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-Accent51">
    <w:name w:val="Dark List - Accent 51"/>
    <w:basedOn w:val="TableNormal1"/>
    <w:uiPriority w:val="70"/>
    <w:rsid w:val="001007D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-Accent61">
    <w:name w:val="Dark List - Accent 61"/>
    <w:basedOn w:val="TableNormal1"/>
    <w:uiPriority w:val="70"/>
    <w:rsid w:val="001007D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-Accent11">
    <w:name w:val="Colorful Shading - Accent 11"/>
    <w:basedOn w:val="TableNormal1"/>
    <w:uiPriority w:val="71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1">
    <w:name w:val="Colorful Shading - Accent 21"/>
    <w:basedOn w:val="TableNormal1"/>
    <w:uiPriority w:val="71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1">
    <w:name w:val="Colorful Shading - Accent 31"/>
    <w:basedOn w:val="TableNormal1"/>
    <w:uiPriority w:val="71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1">
    <w:name w:val="Colorful Shading - Accent 41"/>
    <w:basedOn w:val="TableNormal1"/>
    <w:uiPriority w:val="71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1">
    <w:name w:val="Colorful Shading - Accent 51"/>
    <w:basedOn w:val="TableNormal1"/>
    <w:uiPriority w:val="71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1">
    <w:name w:val="Colorful Shading - Accent 61"/>
    <w:basedOn w:val="TableNormal1"/>
    <w:uiPriority w:val="71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-Accent11">
    <w:name w:val="Colorful List - Accent 11"/>
    <w:basedOn w:val="TableNormal1"/>
    <w:uiPriority w:val="72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1">
    <w:name w:val="Colorful List - Accent 21"/>
    <w:basedOn w:val="TableNormal1"/>
    <w:uiPriority w:val="72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1">
    <w:name w:val="Colorful List - Accent 31"/>
    <w:basedOn w:val="TableNormal1"/>
    <w:uiPriority w:val="72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1">
    <w:name w:val="Colorful List - Accent 41"/>
    <w:basedOn w:val="TableNormal1"/>
    <w:uiPriority w:val="72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1">
    <w:name w:val="Colorful List - Accent 51"/>
    <w:basedOn w:val="TableNormal1"/>
    <w:uiPriority w:val="72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1">
    <w:name w:val="Colorful List - Accent 61"/>
    <w:basedOn w:val="TableNormal1"/>
    <w:uiPriority w:val="72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-Accent11">
    <w:name w:val="Colorful Grid - Accent 11"/>
    <w:basedOn w:val="TableNormal1"/>
    <w:uiPriority w:val="73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1">
    <w:name w:val="Colorful Grid - Accent 21"/>
    <w:basedOn w:val="TableNormal1"/>
    <w:uiPriority w:val="73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1">
    <w:name w:val="Colorful Grid - Accent 31"/>
    <w:basedOn w:val="TableNormal1"/>
    <w:uiPriority w:val="73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1">
    <w:name w:val="Colorful Grid - Accent 41"/>
    <w:basedOn w:val="TableNormal1"/>
    <w:uiPriority w:val="73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1">
    <w:name w:val="Colorful Grid - Accent 51"/>
    <w:basedOn w:val="TableNormal1"/>
    <w:uiPriority w:val="73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1">
    <w:name w:val="Colorful Grid - Accent 61"/>
    <w:basedOn w:val="TableNormal1"/>
    <w:uiPriority w:val="73"/>
    <w:rsid w:val="00100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CE09B38C50C349B8C91BE5BFC973FE" ma:contentTypeVersion="22" ma:contentTypeDescription="Opprett et nytt dokument." ma:contentTypeScope="" ma:versionID="87a2d3f35fd07e1bbb75f94174abd97b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f98f83e0c40ed85d1461676eb915ba03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Hvor_x0020_lenge_x0020_kan_x0020_vi_x0020_holde_x0020_p_x00e5__x0020_fredag_x0020_28_x003f_ xmlns="193d4528-c04d-481a-993b-43bb612d80c0" xsi:nil="true"/>
    <Mat_x002d_preferanser xmlns="193d4528-c04d-481a-993b-43bb612d80c0" xsi:nil="true"/>
    <TaxCatchAll xmlns="0b2b5c60-9ca6-4a1c-ae82-ea908b8c8382" xsi:nil="true"/>
    <Hvor_x0020_tidlig_x0020_passer_x0020_det_x0020_at_x0020_vi_x0020_starter_x0020_p_x00e5__x0020_onsdag_x003f_ xmlns="193d4528-c04d-481a-993b-43bb612d80c0" xsi:nil="true"/>
    <lcf76f155ced4ddcb4097134ff3c332f xmlns="193d4528-c04d-481a-993b-43bb612d80c0">
      <Terms xmlns="http://schemas.microsoft.com/office/infopath/2007/PartnerControls"/>
    </lcf76f155ced4ddcb4097134ff3c332f>
    <Skal_x0020_vi_x0020_g_x00e5__x0020_ut_x0020_og_x0020_spise_x0020_sammen_x0020_en_x0020_av_x0020_dagene_x0020_etter_x0020_arbeids_x00f8_kta_x003f_ xmlns="193d4528-c04d-481a-993b-43bb612d80c0" xsi:nil="true"/>
    <_ip_UnifiedCompliancePolicyProperties xmlns="http://schemas.microsoft.com/sharepoint/v3" xsi:nil="true"/>
    <InnholdWebinar xmlns="193d4528-c04d-481a-993b-43bb612d80c0" xsi:nil="true"/>
  </documentManagement>
</p:properties>
</file>

<file path=customXml/itemProps1.xml><?xml version="1.0" encoding="utf-8"?>
<ds:datastoreItem xmlns:ds="http://schemas.openxmlformats.org/officeDocument/2006/customXml" ds:itemID="{290BFEAA-986A-4936-8034-CBAC3C945871}"/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004D3B-A80A-4101-BD8B-113C766630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6BC0CE-306B-4641-9CD7-FE43228F391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3d4528-c04d-481a-993b-43bb612d80c0"/>
    <ds:schemaRef ds:uri="0b2b5c60-9ca6-4a1c-ae82-ea908b8c83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450</Words>
  <Characters>2569</Characters>
  <Application>Microsoft Office Word</Application>
  <DocSecurity>4</DocSecurity>
  <Lines>21</Lines>
  <Paragraphs>6</Paragraphs>
  <ScaleCrop>false</ScaleCrop>
  <Manager/>
  <Company/>
  <LinksUpToDate>false</LinksUpToDate>
  <CharactersWithSpaces>3013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Aase, Wencke Vooren</dc:creator>
  <cp:keywords/>
  <dc:description>generated by python-docx</dc:description>
  <cp:lastModifiedBy>Aase, Wencke Vooren</cp:lastModifiedBy>
  <cp:revision>102</cp:revision>
  <dcterms:created xsi:type="dcterms:W3CDTF">2026-09-02T19:33:00Z</dcterms:created>
  <dcterms:modified xsi:type="dcterms:W3CDTF">2026-09-23T08:55:00Z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81521c-ff45-44ba-8ad3-e71bd725c9e5_Enabled">
    <vt:lpwstr>true</vt:lpwstr>
  </property>
  <property fmtid="{D5CDD505-2E9C-101B-9397-08002B2CF9AE}" pid="3" name="MSIP_Label_f981521c-ff45-44ba-8ad3-e71bd725c9e5_SetDate">
    <vt:lpwstr>2026-09-02T19:33:23Z</vt:lpwstr>
  </property>
  <property fmtid="{D5CDD505-2E9C-101B-9397-08002B2CF9AE}" pid="4" name="MSIP_Label_f981521c-ff45-44ba-8ad3-e71bd725c9e5_Method">
    <vt:lpwstr>Standard</vt:lpwstr>
  </property>
  <property fmtid="{D5CDD505-2E9C-101B-9397-08002B2CF9AE}" pid="5" name="MSIP_Label_f981521c-ff45-44ba-8ad3-e71bd725c9e5_Name">
    <vt:lpwstr>Åpen_0</vt:lpwstr>
  </property>
  <property fmtid="{D5CDD505-2E9C-101B-9397-08002B2CF9AE}" pid="6" name="MSIP_Label_f981521c-ff45-44ba-8ad3-e71bd725c9e5_SiteId">
    <vt:lpwstr>8e6696b5-f319-4fb5-874d-ff5af9a74307</vt:lpwstr>
  </property>
  <property fmtid="{D5CDD505-2E9C-101B-9397-08002B2CF9AE}" pid="7" name="MSIP_Label_f981521c-ff45-44ba-8ad3-e71bd725c9e5_ActionId">
    <vt:lpwstr>649e2bc6-f177-471a-91e9-5b2064f6a6c1</vt:lpwstr>
  </property>
  <property fmtid="{D5CDD505-2E9C-101B-9397-08002B2CF9AE}" pid="8" name="MSIP_Label_f981521c-ff45-44ba-8ad3-e71bd725c9e5_ContentBits">
    <vt:lpwstr>0</vt:lpwstr>
  </property>
  <property fmtid="{D5CDD505-2E9C-101B-9397-08002B2CF9AE}" pid="9" name="MSIP_Label_f981521c-ff45-44ba-8ad3-e71bd725c9e5_Tag">
    <vt:lpwstr>10, 3, 0, 2</vt:lpwstr>
  </property>
  <property fmtid="{D5CDD505-2E9C-101B-9397-08002B2CF9AE}" pid="10" name="ContentTypeId">
    <vt:lpwstr>0x01010017CE09B38C50C349B8C91BE5BFC973FE</vt:lpwstr>
  </property>
  <property fmtid="{D5CDD505-2E9C-101B-9397-08002B2CF9AE}" pid="11" name="MediaServiceImageTags">
    <vt:lpwstr/>
  </property>
  <property fmtid="{D5CDD505-2E9C-101B-9397-08002B2CF9AE}" pid="12" name="docLang">
    <vt:lpwstr>nb</vt:lpwstr>
  </property>
</Properties>
</file>