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CE2AC" w14:textId="77777777" w:rsidR="00AE691F" w:rsidRPr="00991FAF" w:rsidRDefault="66434804" w:rsidP="2614037A">
      <w:pPr>
        <w:pStyle w:val="Title"/>
        <w:rPr>
          <w:b/>
          <w:bCs/>
          <w:lang w:val="nb-NO"/>
        </w:rPr>
      </w:pPr>
      <w:r w:rsidRPr="2614037A">
        <w:rPr>
          <w:b/>
          <w:bCs/>
          <w:lang w:val="nb-NO"/>
        </w:rPr>
        <w:t>Håndtering av helsefaglige varsler fra digitalt tilsyn</w:t>
      </w:r>
    </w:p>
    <w:p w14:paraId="73D0A99D" w14:textId="77777777" w:rsidR="00AE691F" w:rsidRPr="00991FAF" w:rsidRDefault="004F0DB4">
      <w:pPr>
        <w:pStyle w:val="Heading1"/>
        <w:rPr>
          <w:lang w:val="nb-NO"/>
        </w:rPr>
      </w:pPr>
      <w:r w:rsidRPr="00991FAF">
        <w:rPr>
          <w:lang w:val="nb-NO"/>
        </w:rPr>
        <w:t>Formål</w:t>
      </w:r>
    </w:p>
    <w:p w14:paraId="2707D0AA" w14:textId="59958F7C" w:rsidR="00AE691F" w:rsidRPr="00991FAF" w:rsidRDefault="66434804">
      <w:pPr>
        <w:rPr>
          <w:lang w:val="nb-NO"/>
        </w:rPr>
      </w:pPr>
      <w:r w:rsidRPr="2614037A">
        <w:rPr>
          <w:lang w:val="nb-NO"/>
        </w:rPr>
        <w:t>Sikre rask og faglig forsvarlig håndtering av helsefaglige varsler fra digitalt tilsyn, slik at brukere får nødvendig oppfølging og risiko for skade reduseres. Når teknologi erstatter eller supplerer helsehjelp, skal både vurderinger og tiltak være</w:t>
      </w:r>
      <w:r w:rsidR="3386397C" w:rsidRPr="2614037A">
        <w:rPr>
          <w:lang w:val="nb-NO"/>
        </w:rPr>
        <w:t xml:space="preserve"> helsefaglig</w:t>
      </w:r>
      <w:r w:rsidRPr="2614037A">
        <w:rPr>
          <w:lang w:val="nb-NO"/>
        </w:rPr>
        <w:t xml:space="preserve"> forsvarlige.</w:t>
      </w:r>
    </w:p>
    <w:p w14:paraId="71DCE17F" w14:textId="77777777" w:rsidR="00AE691F" w:rsidRDefault="004F0DB4">
      <w:pPr>
        <w:pStyle w:val="Heading1"/>
      </w:pPr>
      <w:r>
        <w:t>Omfang</w:t>
      </w:r>
    </w:p>
    <w:p w14:paraId="41C3B9E0" w14:textId="61F95E73" w:rsidR="00AE691F" w:rsidRPr="00991FAF" w:rsidRDefault="004F0DB4">
      <w:pPr>
        <w:rPr>
          <w:lang w:val="nb-NO"/>
        </w:rPr>
      </w:pPr>
      <w:r w:rsidRPr="00991FAF">
        <w:rPr>
          <w:lang w:val="nb-NO"/>
        </w:rPr>
        <w:t>Gjelder alle ansatte i svartjenesten som mottar og håndterer helsefaglige varsler fra digitalt tilsyn.</w:t>
      </w:r>
      <w:r w:rsidR="00991FAF" w:rsidRPr="00991FAF">
        <w:rPr>
          <w:lang w:val="nb-NO"/>
        </w:rPr>
        <w:t xml:space="preserve"> Det k</w:t>
      </w:r>
      <w:r w:rsidR="00991FAF">
        <w:rPr>
          <w:lang w:val="nb-NO"/>
        </w:rPr>
        <w:t>an være ansatte som jobber med direkte tjenesteyting eller et responssenter</w:t>
      </w:r>
    </w:p>
    <w:p w14:paraId="0CBEA038" w14:textId="77777777" w:rsidR="00AE691F" w:rsidRPr="00991FAF" w:rsidRDefault="004F0DB4">
      <w:pPr>
        <w:pStyle w:val="Heading1"/>
        <w:rPr>
          <w:lang w:val="nb-NO"/>
        </w:rPr>
      </w:pPr>
      <w:r w:rsidRPr="00991FAF">
        <w:rPr>
          <w:lang w:val="nb-NO"/>
        </w:rPr>
        <w:t>Ansvar</w:t>
      </w:r>
    </w:p>
    <w:p w14:paraId="4BE31EEE" w14:textId="50A3E6DE" w:rsidR="004D295F" w:rsidRDefault="004F0DB4">
      <w:pPr>
        <w:rPr>
          <w:lang w:val="nb-NO"/>
        </w:rPr>
      </w:pPr>
      <w:r w:rsidRPr="00991FAF">
        <w:rPr>
          <w:lang w:val="nb-NO"/>
        </w:rPr>
        <w:t xml:space="preserve">Ansatt </w:t>
      </w:r>
      <w:r w:rsidR="00991FAF">
        <w:rPr>
          <w:lang w:val="nb-NO"/>
        </w:rPr>
        <w:t>i helse og omsorgstjenesten. Motta, vurdere og</w:t>
      </w:r>
      <w:r w:rsidR="004D295F">
        <w:rPr>
          <w:lang w:val="nb-NO"/>
        </w:rPr>
        <w:t xml:space="preserve"> yte helsehjelp på bakgrunn av innkommende varsel.</w:t>
      </w:r>
    </w:p>
    <w:p w14:paraId="08152FA8" w14:textId="432DE64D" w:rsidR="00AE691F" w:rsidRPr="00991FAF" w:rsidRDefault="004D295F">
      <w:pPr>
        <w:rPr>
          <w:lang w:val="nb-NO"/>
        </w:rPr>
      </w:pPr>
      <w:r>
        <w:rPr>
          <w:lang w:val="nb-NO"/>
        </w:rPr>
        <w:t>L</w:t>
      </w:r>
      <w:r w:rsidR="004F0DB4" w:rsidRPr="00991FAF">
        <w:rPr>
          <w:lang w:val="nb-NO"/>
        </w:rPr>
        <w:t>eder: Faglig oppfølging og systemansvar.</w:t>
      </w:r>
    </w:p>
    <w:p w14:paraId="2FD1F30F" w14:textId="77777777" w:rsidR="00AE691F" w:rsidRPr="00991FAF" w:rsidRDefault="004F0DB4">
      <w:pPr>
        <w:pStyle w:val="Heading1"/>
        <w:rPr>
          <w:lang w:val="nb-NO"/>
        </w:rPr>
      </w:pPr>
      <w:r w:rsidRPr="00991FAF">
        <w:rPr>
          <w:lang w:val="nb-NO"/>
        </w:rPr>
        <w:t>Hva er et helsefaglig varsel</w:t>
      </w:r>
    </w:p>
    <w:p w14:paraId="246654AD" w14:textId="77777777" w:rsidR="00AE691F" w:rsidRPr="00991FAF" w:rsidRDefault="004F0DB4">
      <w:pPr>
        <w:rPr>
          <w:lang w:val="nb-NO"/>
        </w:rPr>
      </w:pPr>
      <w:r w:rsidRPr="00991FAF">
        <w:rPr>
          <w:lang w:val="nb-NO"/>
        </w:rPr>
        <w:t>Varsler kan være: fall, uro/vandring, manglende bevegelse, manglende respons, avvik i døgnrytme eller andre forhold som kan kreve helsehjelp.</w:t>
      </w:r>
    </w:p>
    <w:p w14:paraId="04CB3C9B" w14:textId="77777777" w:rsidR="00AE691F" w:rsidRPr="00991FAF" w:rsidRDefault="004F0DB4">
      <w:pPr>
        <w:pStyle w:val="Heading1"/>
        <w:rPr>
          <w:lang w:val="nb-NO"/>
        </w:rPr>
      </w:pPr>
      <w:r w:rsidRPr="00991FAF">
        <w:rPr>
          <w:lang w:val="nb-NO"/>
        </w:rPr>
        <w:t>Fremgangsmåte ved helsefaglig varsel</w:t>
      </w:r>
    </w:p>
    <w:p w14:paraId="03E0ABED" w14:textId="77777777" w:rsidR="00AE691F" w:rsidRPr="00991FAF" w:rsidRDefault="004F0DB4">
      <w:pPr>
        <w:rPr>
          <w:lang w:val="nb-NO"/>
        </w:rPr>
      </w:pPr>
      <w:r w:rsidRPr="00991FAF">
        <w:rPr>
          <w:lang w:val="nb-NO"/>
        </w:rPr>
        <w:t>1. Avklar om varselet kan være reelt og vurder risiko.</w:t>
      </w:r>
    </w:p>
    <w:p w14:paraId="5D305D9D" w14:textId="77777777" w:rsidR="00AE691F" w:rsidRPr="00991FAF" w:rsidRDefault="004F0DB4">
      <w:pPr>
        <w:rPr>
          <w:lang w:val="nb-NO"/>
        </w:rPr>
      </w:pPr>
      <w:r w:rsidRPr="00991FAF">
        <w:rPr>
          <w:lang w:val="nb-NO"/>
        </w:rPr>
        <w:t>2. Etabler kontakt med bruker og gjennomfør digitalt tilsyn ved behov.</w:t>
      </w:r>
    </w:p>
    <w:p w14:paraId="23844AEB" w14:textId="77777777" w:rsidR="00AE691F" w:rsidRPr="00991FAF" w:rsidRDefault="004F0DB4">
      <w:pPr>
        <w:rPr>
          <w:lang w:val="nb-NO"/>
        </w:rPr>
      </w:pPr>
      <w:r w:rsidRPr="00991FAF">
        <w:rPr>
          <w:lang w:val="nb-NO"/>
        </w:rPr>
        <w:t>3. Send ut personell ved behov, prioriter brukere med høy risiko.</w:t>
      </w:r>
    </w:p>
    <w:p w14:paraId="253AEF04" w14:textId="77777777" w:rsidR="00AE691F" w:rsidRPr="00991FAF" w:rsidRDefault="004F0DB4">
      <w:pPr>
        <w:rPr>
          <w:lang w:val="nb-NO"/>
        </w:rPr>
      </w:pPr>
      <w:r w:rsidRPr="00991FAF">
        <w:rPr>
          <w:lang w:val="nb-NO"/>
        </w:rPr>
        <w:t>4. Dokumenter vurderinger og tiltak.</w:t>
      </w:r>
    </w:p>
    <w:p w14:paraId="60F03788" w14:textId="77777777" w:rsidR="00AE691F" w:rsidRPr="00991FAF" w:rsidRDefault="004F0DB4">
      <w:pPr>
        <w:rPr>
          <w:lang w:val="nb-NO"/>
        </w:rPr>
      </w:pPr>
      <w:r w:rsidRPr="00991FAF">
        <w:rPr>
          <w:lang w:val="nb-NO"/>
        </w:rPr>
        <w:t>5. Juster tiltak eller tilsynsnivå ved behov.</w:t>
      </w:r>
    </w:p>
    <w:p w14:paraId="7A8F3664" w14:textId="77777777" w:rsidR="00AE691F" w:rsidRPr="00991FAF" w:rsidRDefault="004F0DB4">
      <w:pPr>
        <w:pStyle w:val="Heading1"/>
        <w:rPr>
          <w:lang w:val="nb-NO"/>
        </w:rPr>
      </w:pPr>
      <w:r w:rsidRPr="00991FAF">
        <w:rPr>
          <w:lang w:val="nb-NO"/>
        </w:rPr>
        <w:t>Dokumentasjon</w:t>
      </w:r>
    </w:p>
    <w:p w14:paraId="6326A04C" w14:textId="77777777" w:rsidR="00AE691F" w:rsidRDefault="004F0DB4">
      <w:r w:rsidRPr="00991FAF">
        <w:rPr>
          <w:lang w:val="nb-NO"/>
        </w:rPr>
        <w:t xml:space="preserve">Registrer hendelsen i journal. Dokumenter vurdering, tiltak og utfall. </w:t>
      </w:r>
      <w:r>
        <w:t>Meld avvik ved risiko for pasientsikkerhet eller gjentatte feil.</w:t>
      </w:r>
    </w:p>
    <w:sectPr w:rsidR="00AE691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6885800">
    <w:abstractNumId w:val="3"/>
  </w:num>
  <w:num w:numId="2" w16cid:durableId="1325275451">
    <w:abstractNumId w:val="2"/>
  </w:num>
  <w:num w:numId="3" w16cid:durableId="1468670197">
    <w:abstractNumId w:val="4"/>
  </w:num>
  <w:num w:numId="4" w16cid:durableId="1588031109">
    <w:abstractNumId w:val="0"/>
  </w:num>
  <w:num w:numId="5" w16cid:durableId="1728801582">
    <w:abstractNumId w:val="7"/>
  </w:num>
  <w:num w:numId="6" w16cid:durableId="1821115419">
    <w:abstractNumId w:val="8"/>
  </w:num>
  <w:num w:numId="7" w16cid:durableId="1865051932">
    <w:abstractNumId w:val="1"/>
  </w:num>
  <w:num w:numId="8" w16cid:durableId="1917085339">
    <w:abstractNumId w:val="6"/>
  </w:num>
  <w:num w:numId="9" w16cid:durableId="21293491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E52"/>
    <w:rsid w:val="00034616"/>
    <w:rsid w:val="00041978"/>
    <w:rsid w:val="0006021F"/>
    <w:rsid w:val="0006063C"/>
    <w:rsid w:val="0015074B"/>
    <w:rsid w:val="0028742E"/>
    <w:rsid w:val="0029639D"/>
    <w:rsid w:val="00326F90"/>
    <w:rsid w:val="004D295F"/>
    <w:rsid w:val="004F0DB4"/>
    <w:rsid w:val="008225F3"/>
    <w:rsid w:val="00991FAF"/>
    <w:rsid w:val="00A323E7"/>
    <w:rsid w:val="00AA1D8D"/>
    <w:rsid w:val="00AE691F"/>
    <w:rsid w:val="00B47730"/>
    <w:rsid w:val="00CB0664"/>
    <w:rsid w:val="00DF4DDF"/>
    <w:rsid w:val="00FC693F"/>
    <w:rsid w:val="2614037A"/>
    <w:rsid w:val="3386397C"/>
    <w:rsid w:val="664348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62061"/>
  <w14:defaultImageDpi w14:val="300"/>
  <w15:docId w15:val="{E44D9D9E-D2E7-43EB-A736-8371D74C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1"/>
      </w:numPr>
      <w:contextualSpacing/>
    </w:pPr>
  </w:style>
  <w:style w:type="paragraph" w:styleId="ListNumber3">
    <w:name w:val="List Number 3"/>
    <w:basedOn w:val="Normal"/>
    <w:uiPriority w:val="99"/>
    <w:unhideWhenUsed/>
    <w:rsid w:val="0029639D"/>
    <w:pPr>
      <w:numPr>
        <w:numId w:val="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b2b5c60-9ca6-4a1c-ae82-ea908b8c8382" xsi:nil="true"/>
    <lcf76f155ced4ddcb4097134ff3c332f xmlns="193d4528-c04d-481a-993b-43bb612d80c0">
      <Terms xmlns="http://schemas.microsoft.com/office/infopath/2007/PartnerControls"/>
    </lcf76f155ced4ddcb4097134ff3c332f>
    <_ip_UnifiedCompliancePolicyProperties xmlns="http://schemas.microsoft.com/sharepoint/v3" xsi:nil="true"/>
    <InnholdWebinar xmlns="193d4528-c04d-481a-993b-43bb612d80c0" xsi:nil="true"/>
    <Hvor_x0020_lenge_x0020_kan_x0020_vi_x0020_holde_x0020_p_x00e5__x0020_fredag_x0020_28_x003f_ xmlns="193d4528-c04d-481a-993b-43bb612d80c0" xsi:nil="true"/>
    <Mat_x002d_preferanser xmlns="193d4528-c04d-481a-993b-43bb612d80c0" xsi:nil="true"/>
    <Hvor_x0020_tidlig_x0020_passer_x0020_det_x0020_at_x0020_vi_x0020_starter_x0020_p_x00e5__x0020_onsdag_x003f_ xmlns="193d4528-c04d-481a-993b-43bb612d80c0" xsi:nil="true"/>
    <Skal_x0020_vi_x0020_g_x00e5__x0020_ut_x0020_og_x0020_spise_x0020_sammen_x0020_en_x0020_av_x0020_dagene_x0020_etter_x0020_arbeids_x00f8_kta_x003f_ xmlns="193d4528-c04d-481a-993b-43bb612d80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7CE09B38C50C349B8C91BE5BFC973FE" ma:contentTypeVersion="22" ma:contentTypeDescription="Opprett et nytt dokument." ma:contentTypeScope="" ma:versionID="87a2d3f35fd07e1bbb75f94174abd97b">
  <xsd:schema xmlns:xsd="http://www.w3.org/2001/XMLSchema" xmlns:xs="http://www.w3.org/2001/XMLSchema" xmlns:p="http://schemas.microsoft.com/office/2006/metadata/properties" xmlns:ns1="http://schemas.microsoft.com/sharepoint/v3" xmlns:ns2="193d4528-c04d-481a-993b-43bb612d80c0" xmlns:ns3="0b2b5c60-9ca6-4a1c-ae82-ea908b8c8382" targetNamespace="http://schemas.microsoft.com/office/2006/metadata/properties" ma:root="true" ma:fieldsID="f98f83e0c40ed85d1461676eb915ba03" ns1:_="" ns2:_="" ns3:_="">
    <xsd:import namespace="http://schemas.microsoft.com/sharepoint/v3"/>
    <xsd:import namespace="193d4528-c04d-481a-993b-43bb612d80c0"/>
    <xsd:import namespace="0b2b5c60-9ca6-4a1c-ae82-ea908b8c83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InnholdWebinar" minOccurs="0"/>
                <xsd:element ref="ns2:MediaServiceBillingMetadata" minOccurs="0"/>
                <xsd:element ref="ns1:_ip_UnifiedCompliancePolicyProperties" minOccurs="0"/>
                <xsd:element ref="ns1:_ip_UnifiedCompliancePolicyUIAction" minOccurs="0"/>
                <xsd:element ref="ns2:Hvor_x0020_tidlig_x0020_passer_x0020_det_x0020_at_x0020_vi_x0020_starter_x0020_p_x00e5__x0020_onsdag_x003f_" minOccurs="0"/>
                <xsd:element ref="ns2:Hvor_x0020_lenge_x0020_kan_x0020_vi_x0020_holde_x0020_p_x00e5__x0020_fredag_x0020_28_x003f_" minOccurs="0"/>
                <xsd:element ref="ns2:Mat_x002d_preferanser" minOccurs="0"/>
                <xsd:element ref="ns2:Skal_x0020_vi_x0020_g_x00e5__x0020_ut_x0020_og_x0020_spise_x0020_sammen_x0020_en_x0020_av_x0020_dagene_x0020_etter_x0020_arbeids_x00f8_kta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Egenskaper for samordnet samsvarspolicy" ma:hidden="true" ma:internalName="_ip_UnifiedCompliancePolicyProperties">
      <xsd:simpleType>
        <xsd:restriction base="dms:Note"/>
      </xsd:simpleType>
    </xsd:element>
    <xsd:element name="_ip_UnifiedCompliancePolicyUIAction" ma:index="25"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3d4528-c04d-481a-993b-43bb612d8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InnholdWebinar" ma:index="22" nillable="true" ma:displayName="Innhold Webinar" ma:format="Dropdown" ma:internalName="InnholdWebinar">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Hvor_x0020_tidlig_x0020_passer_x0020_det_x0020_at_x0020_vi_x0020_starter_x0020_p_x00e5__x0020_onsdag_x003f_" ma:index="26" nillable="true" ma:displayName="Hvor tidlig passer det at vi starter på onsdag?" ma:format="Dropdown" ma:internalName="Hvor_x0020_tidlig_x0020_passer_x0020_det_x0020_at_x0020_vi_x0020_starter_x0020_p_x00e5__x0020_onsdag_x003f_">
      <xsd:simpleType>
        <xsd:restriction base="dms:Choice">
          <xsd:enumeration value="Jeg overnatter i Oslo, så jeg kan starte kl. 0830"/>
          <xsd:enumeration value="kl. 0900"/>
          <xsd:enumeration value="kl. 0930"/>
          <xsd:enumeration value="Kl. 1000"/>
          <xsd:enumeration value="Kl. 1030"/>
          <xsd:enumeration value="Kl. 1100"/>
        </xsd:restriction>
      </xsd:simpleType>
    </xsd:element>
    <xsd:element name="Hvor_x0020_lenge_x0020_kan_x0020_vi_x0020_holde_x0020_p_x00e5__x0020_fredag_x0020_28_x003f_" ma:index="27" nillable="true" ma:displayName="Hvor lenge kan vi holde på fredag 28?" ma:format="Dropdown" ma:internalName="Hvor_x0020_lenge_x0020_kan_x0020_vi_x0020_holde_x0020_p_x00e5__x0020_fredag_x0020_28_x003f_">
      <xsd:simpleType>
        <xsd:restriction base="dms:Choice">
          <xsd:enumeration value="Kl. 1200"/>
          <xsd:enumeration value="Kl. 1230"/>
          <xsd:enumeration value="Kl. 1300"/>
          <xsd:enumeration value="Kl. 1330"/>
          <xsd:enumeration value="Kl. 1400"/>
          <xsd:enumeration value="Kl. 1430"/>
          <xsd:enumeration value="Jeg skal være i Oslo hele helga, så jeg kan holde på til jeg går videre til nærmeste bar..."/>
        </xsd:restriction>
      </xsd:simpleType>
    </xsd:element>
    <xsd:element name="Mat_x002d_preferanser" ma:index="28" nillable="true" ma:displayName="Mat-preferanser" ma:internalName="Mat_x002d_preferanser">
      <xsd:simpleType>
        <xsd:restriction base="dms:Note">
          <xsd:maxLength value="255"/>
        </xsd:restriction>
      </xsd:simpleType>
    </xsd:element>
    <xsd:element name="Skal_x0020_vi_x0020_g_x00e5__x0020_ut_x0020_og_x0020_spise_x0020_sammen_x0020_en_x0020_av_x0020_dagene_x0020_etter_x0020_arbeids_x00f8_kta_x003f_" ma:index="29" nillable="true" ma:displayName="Skal vi gå ut og spise sammen en av dagene etter arbeidsøkta?" ma:internalName="Skal_x0020_vi_x0020_g_x00e5__x0020_ut_x0020_og_x0020_spise_x0020_sammen_x0020_en_x0020_av_x0020_dagene_x0020_etter_x0020_arbeids_x00f8_kta_x003f_">
      <xsd:simpleType>
        <xsd:restriction base="dms:Choice">
          <xsd:enumeration value="Nei, jeg vil ikke spise sammen med dere andre!"/>
          <xsd:enumeration value="Onsdag 26."/>
          <xsd:enumeration value="Torsdag 27."/>
          <xsd:enumeration value="Begge dagene passer"/>
        </xsd:restriction>
      </xsd:simpleType>
    </xsd:element>
  </xsd:schema>
  <xsd:schema xmlns:xsd="http://www.w3.org/2001/XMLSchema" xmlns:xs="http://www.w3.org/2001/XMLSchema" xmlns:dms="http://schemas.microsoft.com/office/2006/documentManagement/types" xmlns:pc="http://schemas.microsoft.com/office/infopath/2007/PartnerControls" targetNamespace="0b2b5c60-9ca6-4a1c-ae82-ea908b8c8382"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0" nillable="true" ma:displayName="Taxonomy Catch All Column" ma:hidden="true" ma:list="{65137fcc-9370-422b-ba2f-c6e0ed7dc532}" ma:internalName="TaxCatchAll" ma:showField="CatchAllData" ma:web="0b2b5c60-9ca6-4a1c-ae82-ea908b8c83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A9A033-1C80-4677-B044-21B61FCF8183}">
  <ds:schemaRefs>
    <ds:schemaRef ds:uri="http://schemas.microsoft.com/sharepoint/v3/contenttype/forms"/>
  </ds:schemaRefs>
</ds:datastoreItem>
</file>

<file path=customXml/itemProps2.xml><?xml version="1.0" encoding="utf-8"?>
<ds:datastoreItem xmlns:ds="http://schemas.openxmlformats.org/officeDocument/2006/customXml" ds:itemID="{D9FD6462-3827-4504-8073-2DC13FC39ABA}">
  <ds:schemaRefs>
    <ds:schemaRef ds:uri="http://schemas.microsoft.com/office/2006/metadata/properties"/>
    <ds:schemaRef ds:uri="http://schemas.microsoft.com/office/infopath/2007/PartnerControls"/>
    <ds:schemaRef ds:uri="http://schemas.microsoft.com/sharepoint/v3"/>
    <ds:schemaRef ds:uri="0b2b5c60-9ca6-4a1c-ae82-ea908b8c8382"/>
    <ds:schemaRef ds:uri="193d4528-c04d-481a-993b-43bb612d80c0"/>
  </ds:schemaRefs>
</ds:datastoreItem>
</file>

<file path=customXml/itemProps3.xml><?xml version="1.0" encoding="utf-8"?>
<ds:datastoreItem xmlns:ds="http://schemas.openxmlformats.org/officeDocument/2006/customXml" ds:itemID="{744AF8E6-D5EF-4199-AD85-CDF6EEBDA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3d4528-c04d-481a-993b-43bb612d80c0"/>
    <ds:schemaRef ds:uri="0b2b5c60-9ca6-4a1c-ae82-ea908b8c8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1118</Characters>
  <Application>Microsoft Office Word</Application>
  <DocSecurity>4</DocSecurity>
  <Lines>9</Lines>
  <Paragraphs>2</Paragraphs>
  <ScaleCrop>false</ScaleCrop>
  <Manager/>
  <Company/>
  <LinksUpToDate>false</LinksUpToDate>
  <CharactersWithSpaces>1311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Benedicte Nyborg</cp:lastModifiedBy>
  <cp:revision>1</cp:revision>
  <dcterms:created xsi:type="dcterms:W3CDTF">2026-06-21T09:37:00Z</dcterms:created>
  <dcterms:modified xsi:type="dcterms:W3CDTF">2026-09-23T13:30:00Z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939210-1ed3-4941-a4fa-cb8ec63fb2d8_Enabled">
    <vt:lpwstr>true</vt:lpwstr>
  </property>
  <property fmtid="{D5CDD505-2E9C-101B-9397-08002B2CF9AE}" pid="3" name="MSIP_Label_24939210-1ed3-4941-a4fa-cb8ec63fb2d8_SetDate">
    <vt:lpwstr>2026-06-19T10:23:54Z</vt:lpwstr>
  </property>
  <property fmtid="{D5CDD505-2E9C-101B-9397-08002B2CF9AE}" pid="4" name="MSIP_Label_24939210-1ed3-4941-a4fa-cb8ec63fb2d8_Method">
    <vt:lpwstr>Standard</vt:lpwstr>
  </property>
  <property fmtid="{D5CDD505-2E9C-101B-9397-08002B2CF9AE}" pid="5" name="MSIP_Label_24939210-1ed3-4941-a4fa-cb8ec63fb2d8_Name">
    <vt:lpwstr>internt</vt:lpwstr>
  </property>
  <property fmtid="{D5CDD505-2E9C-101B-9397-08002B2CF9AE}" pid="6" name="MSIP_Label_24939210-1ed3-4941-a4fa-cb8ec63fb2d8_SiteId">
    <vt:lpwstr>cbbbfbd1-756a-4afb-9ae9-2932c38fdf05</vt:lpwstr>
  </property>
  <property fmtid="{D5CDD505-2E9C-101B-9397-08002B2CF9AE}" pid="7" name="MSIP_Label_24939210-1ed3-4941-a4fa-cb8ec63fb2d8_ActionId">
    <vt:lpwstr>ab822673-ba0a-413f-b487-ba859be813b4</vt:lpwstr>
  </property>
  <property fmtid="{D5CDD505-2E9C-101B-9397-08002B2CF9AE}" pid="8" name="MSIP_Label_24939210-1ed3-4941-a4fa-cb8ec63fb2d8_ContentBits">
    <vt:lpwstr>0</vt:lpwstr>
  </property>
  <property fmtid="{D5CDD505-2E9C-101B-9397-08002B2CF9AE}" pid="9" name="ContentTypeId">
    <vt:lpwstr>0x01010017CE09B38C50C349B8C91BE5BFC973FE</vt:lpwstr>
  </property>
  <property fmtid="{D5CDD505-2E9C-101B-9397-08002B2CF9AE}" pid="10" name="MediaServiceImageTags">
    <vt:lpwstr/>
  </property>
  <property fmtid="{D5CDD505-2E9C-101B-9397-08002B2CF9AE}" pid="11" name="docLang">
    <vt:lpwstr>nb</vt:lpwstr>
  </property>
</Properties>
</file>