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6FF0A" w14:textId="77777777" w:rsidR="004D0156" w:rsidRDefault="003C3E22">
      <w:pPr>
        <w:pStyle w:val="Overskrift1"/>
        <w:rPr>
          <w:lang w:val="nb-NO"/>
        </w:rPr>
      </w:pPr>
      <w:r w:rsidRPr="003C3E22">
        <w:rPr>
          <w:lang w:val="nb-NO"/>
        </w:rPr>
        <w:t>Bearbeiding av BASIL-data – veileder for bearbeidingsmalen</w:t>
      </w:r>
    </w:p>
    <w:p w14:paraId="516D0312" w14:textId="09FACA14" w:rsidR="007927B6" w:rsidRPr="007927B6" w:rsidRDefault="007927B6" w:rsidP="007927B6">
      <w:pPr>
        <w:rPr>
          <w:lang w:val="nb-NO"/>
        </w:rPr>
      </w:pPr>
      <w:r>
        <w:rPr>
          <w:lang w:val="nb-NO"/>
        </w:rPr>
        <w:t>Oppdatert 16. september 2026; -endret felt fra resultatregnskapet for 2025 lastes inn (pensjonsgivende lønn).</w:t>
      </w:r>
    </w:p>
    <w:p w14:paraId="1AC302EB" w14:textId="331DB9DF" w:rsidR="004D0156" w:rsidRPr="003C3E22" w:rsidRDefault="003C3E22">
      <w:pPr>
        <w:spacing w:before="20" w:after="140"/>
        <w:rPr>
          <w:lang w:val="nb-NO"/>
        </w:rPr>
      </w:pPr>
      <w:r w:rsidRPr="003C3E22">
        <w:rPr>
          <w:lang w:val="nb-NO"/>
        </w:rPr>
        <w:t xml:space="preserve">BASIL-eksporter inneholder personopplysninger som </w:t>
      </w:r>
      <w:r w:rsidRPr="003C3E22">
        <w:rPr>
          <w:b/>
          <w:lang w:val="nb-NO"/>
        </w:rPr>
        <w:t>ikke skal deles videre</w:t>
      </w:r>
      <w:r w:rsidRPr="003C3E22">
        <w:rPr>
          <w:lang w:val="nb-NO"/>
        </w:rPr>
        <w:t xml:space="preserve"> – </w:t>
      </w:r>
      <w:r>
        <w:rPr>
          <w:lang w:val="nb-NO"/>
        </w:rPr>
        <w:t xml:space="preserve">barn med spesialpedagogisk hjelp, </w:t>
      </w:r>
      <w:r w:rsidRPr="003C3E22">
        <w:rPr>
          <w:lang w:val="nb-NO"/>
        </w:rPr>
        <w:t>fritekstmerknader fra barnehagene</w:t>
      </w:r>
      <w:r>
        <w:rPr>
          <w:lang w:val="nb-NO"/>
        </w:rPr>
        <w:t xml:space="preserve"> mm</w:t>
      </w:r>
      <w:r w:rsidRPr="003C3E22">
        <w:rPr>
          <w:lang w:val="nb-NO"/>
        </w:rPr>
        <w:t xml:space="preserve">. </w:t>
      </w:r>
      <w:proofErr w:type="spellStart"/>
      <w:r w:rsidRPr="003C3E22">
        <w:rPr>
          <w:lang w:val="nb-NO"/>
        </w:rPr>
        <w:t>Tilskuddsmalen</w:t>
      </w:r>
      <w:proofErr w:type="spellEnd"/>
      <w:r w:rsidRPr="003C3E22">
        <w:rPr>
          <w:lang w:val="nb-NO"/>
        </w:rPr>
        <w:t xml:space="preserve"> har derfor behov for en </w:t>
      </w:r>
      <w:r w:rsidRPr="003C3E22">
        <w:rPr>
          <w:b/>
          <w:lang w:val="nb-NO"/>
        </w:rPr>
        <w:t>bearbeidet versjon</w:t>
      </w:r>
      <w:r w:rsidRPr="003C3E22">
        <w:rPr>
          <w:lang w:val="nb-NO"/>
        </w:rPr>
        <w:t xml:space="preserve"> av BASIL-dataene, der sensitive opplysninger er fjernet før </w:t>
      </w:r>
      <w:proofErr w:type="spellStart"/>
      <w:r w:rsidRPr="003C3E22">
        <w:rPr>
          <w:lang w:val="nb-NO"/>
        </w:rPr>
        <w:t>innliming</w:t>
      </w:r>
      <w:proofErr w:type="spellEnd"/>
      <w:r w:rsidRPr="003C3E22">
        <w:rPr>
          <w:lang w:val="nb-NO"/>
        </w:rPr>
        <w:t>.</w:t>
      </w:r>
    </w:p>
    <w:p w14:paraId="4653B495" w14:textId="77777777" w:rsidR="004D0156" w:rsidRPr="003C3E22" w:rsidRDefault="003C3E22">
      <w:pPr>
        <w:spacing w:before="20" w:after="140"/>
        <w:rPr>
          <w:lang w:val="nb-NO"/>
        </w:rPr>
      </w:pPr>
      <w:r w:rsidRPr="003C3E22">
        <w:rPr>
          <w:lang w:val="nb-NO"/>
        </w:rPr>
        <w:t xml:space="preserve">Bearbeidingsmalen </w:t>
      </w:r>
      <w:r w:rsidRPr="003C3E22">
        <w:rPr>
          <w:b/>
          <w:i/>
          <w:lang w:val="nb-NO"/>
        </w:rPr>
        <w:t>Mal_for_bearbeiding_av_BASIL-data_v1.xlsx</w:t>
      </w:r>
      <w:r w:rsidRPr="003C3E22">
        <w:rPr>
          <w:lang w:val="nb-NO"/>
        </w:rPr>
        <w:t xml:space="preserve"> løser dette: rådata limes inn her, og malen trekker automatisk ut bare det som tilskuddsberegningen trenger. Det er kun de bearbeidede </w:t>
      </w:r>
      <w:proofErr w:type="gramStart"/>
      <w:r w:rsidRPr="003C3E22">
        <w:rPr>
          <w:lang w:val="nb-NO"/>
        </w:rPr>
        <w:t>fanene</w:t>
      </w:r>
      <w:proofErr w:type="gramEnd"/>
      <w:r w:rsidRPr="003C3E22">
        <w:rPr>
          <w:lang w:val="nb-NO"/>
        </w:rPr>
        <w:t xml:space="preserve"> som limes inn i </w:t>
      </w:r>
      <w:proofErr w:type="spellStart"/>
      <w:r w:rsidRPr="003C3E22">
        <w:rPr>
          <w:lang w:val="nb-NO"/>
        </w:rPr>
        <w:t>tilskuddsmalen</w:t>
      </w:r>
      <w:proofErr w:type="spellEnd"/>
      <w:r w:rsidRPr="003C3E22">
        <w:rPr>
          <w:lang w:val="nb-NO"/>
        </w:rPr>
        <w:t xml:space="preserve"> – rådata-fanene forlater aldri bearbeidingsmalen.</w:t>
      </w:r>
    </w:p>
    <w:p w14:paraId="14438F59" w14:textId="77777777" w:rsidR="004D0156" w:rsidRDefault="003C3E22">
      <w:pPr>
        <w:pStyle w:val="Overskrift2"/>
      </w:pPr>
      <w:proofErr w:type="gramStart"/>
      <w:r>
        <w:t xml:space="preserve">Fanene </w:t>
      </w:r>
      <w:proofErr w:type="spellStart"/>
      <w:r>
        <w:t>i</w:t>
      </w:r>
      <w:proofErr w:type="spellEnd"/>
      <w:proofErr w:type="gramEnd"/>
      <w:r>
        <w:t xml:space="preserve"> </w:t>
      </w:r>
      <w:proofErr w:type="spellStart"/>
      <w:r>
        <w:t>bearbeidingsmalen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13"/>
        <w:gridCol w:w="3656"/>
        <w:gridCol w:w="2893"/>
      </w:tblGrid>
      <w:tr w:rsidR="004D0156" w:rsidRPr="007927B6" w14:paraId="6E418FFE" w14:textId="77777777">
        <w:tc>
          <w:tcPr>
            <w:tcW w:w="2551" w:type="dxa"/>
            <w:shd w:val="clear" w:color="auto" w:fill="D9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DF0D4A" w14:textId="77777777" w:rsidR="004D0156" w:rsidRDefault="003C3E22">
            <w:r>
              <w:rPr>
                <w:b/>
                <w:sz w:val="19"/>
              </w:rPr>
              <w:t>Fane i bearbeidingsmalen</w:t>
            </w:r>
          </w:p>
        </w:tc>
        <w:tc>
          <w:tcPr>
            <w:tcW w:w="3969" w:type="dxa"/>
            <w:shd w:val="clear" w:color="auto" w:fill="D9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0DC66B" w14:textId="77777777" w:rsidR="004D0156" w:rsidRDefault="003C3E22">
            <w:r>
              <w:rPr>
                <w:b/>
                <w:sz w:val="19"/>
              </w:rPr>
              <w:t>Innhold / funksjon</w:t>
            </w:r>
          </w:p>
        </w:tc>
        <w:tc>
          <w:tcPr>
            <w:tcW w:w="3118" w:type="dxa"/>
            <w:shd w:val="clear" w:color="auto" w:fill="D9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81DE80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b/>
                <w:sz w:val="19"/>
                <w:lang w:val="nb-NO"/>
              </w:rPr>
              <w:t xml:space="preserve">Hva limes videre inn i </w:t>
            </w:r>
            <w:proofErr w:type="spellStart"/>
            <w:r w:rsidRPr="003C3E22">
              <w:rPr>
                <w:b/>
                <w:sz w:val="19"/>
                <w:lang w:val="nb-NO"/>
              </w:rPr>
              <w:t>tilskuddsmalen</w:t>
            </w:r>
            <w:proofErr w:type="spellEnd"/>
          </w:p>
        </w:tc>
      </w:tr>
      <w:tr w:rsidR="004D0156" w:rsidRPr="007927B6" w14:paraId="77A60955" w14:textId="77777777">
        <w:tc>
          <w:tcPr>
            <w:tcW w:w="2551" w:type="dxa"/>
            <w:shd w:val="clear" w:color="auto" w:fill="F7FAF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3DE5A7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b/>
                <w:sz w:val="19"/>
                <w:lang w:val="nb-NO"/>
              </w:rPr>
              <w:t>1.  lim inn BASIL-rådata her</w:t>
            </w:r>
          </w:p>
        </w:tc>
        <w:tc>
          <w:tcPr>
            <w:tcW w:w="3969" w:type="dxa"/>
            <w:shd w:val="clear" w:color="auto" w:fill="F7FAF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A03014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sz w:val="19"/>
                <w:lang w:val="nb-NO"/>
              </w:rPr>
              <w:t>Mottar full BASIL Årsmelding-eksport (170 kol). Lim inn fra rad 3. Inneholder alle opplysninger, inkludert sensitive felt.</w:t>
            </w:r>
          </w:p>
        </w:tc>
        <w:tc>
          <w:tcPr>
            <w:tcW w:w="3118" w:type="dxa"/>
            <w:shd w:val="clear" w:color="auto" w:fill="F7FAF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614522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color w:val="555555"/>
                <w:sz w:val="19"/>
                <w:lang w:val="nb-NO"/>
              </w:rPr>
              <w:t>Brukes ikke direkte.</w:t>
            </w:r>
            <w:r w:rsidRPr="003C3E22">
              <w:rPr>
                <w:sz w:val="19"/>
                <w:lang w:val="nb-NO"/>
              </w:rPr>
              <w:t xml:space="preserve"> Rådata forblir her.</w:t>
            </w:r>
          </w:p>
        </w:tc>
      </w:tr>
      <w:tr w:rsidR="004D0156" w:rsidRPr="007927B6" w14:paraId="504A9CF6" w14:textId="77777777">
        <w:tc>
          <w:tcPr>
            <w:tcW w:w="25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C0F5DE" w14:textId="77777777" w:rsidR="004D0156" w:rsidRDefault="003C3E22">
            <w:r>
              <w:rPr>
                <w:b/>
                <w:color w:val="375623"/>
                <w:sz w:val="19"/>
              </w:rPr>
              <w:t>1.  BASIL-rådata til tilskuddsmal</w:t>
            </w:r>
          </w:p>
        </w:tc>
        <w:tc>
          <w:tcPr>
            <w:tcW w:w="39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A52663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b/>
                <w:sz w:val="19"/>
                <w:lang w:val="nb-NO"/>
              </w:rPr>
              <w:t>Bearbeidet utdrag – kun 15 kolonner:</w:t>
            </w:r>
            <w:r w:rsidRPr="003C3E22">
              <w:rPr>
                <w:sz w:val="19"/>
                <w:lang w:val="nb-NO"/>
              </w:rPr>
              <w:t xml:space="preserve"> år, </w:t>
            </w:r>
            <w:proofErr w:type="spellStart"/>
            <w:r w:rsidRPr="003C3E22">
              <w:rPr>
                <w:sz w:val="19"/>
                <w:lang w:val="nb-NO"/>
              </w:rPr>
              <w:t>kommunenr</w:t>
            </w:r>
            <w:proofErr w:type="spellEnd"/>
            <w:r w:rsidRPr="003C3E22">
              <w:rPr>
                <w:sz w:val="19"/>
                <w:lang w:val="nb-NO"/>
              </w:rPr>
              <w:t>, kommune, bydel, fylke, barnehage, org.nr, etableringsår, barnehagetype, eiertype, 8E (årsverk med pensjonsforpliktelser), heltidsplasser 0–2 år, heltidsplasser 3–6 år.</w:t>
            </w:r>
          </w:p>
        </w:tc>
        <w:tc>
          <w:tcPr>
            <w:tcW w:w="311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BE442F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b/>
                <w:color w:val="375623"/>
                <w:sz w:val="19"/>
                <w:lang w:val="nb-NO"/>
              </w:rPr>
              <w:t xml:space="preserve">→ Limes inn i fane «1. BASIL-rådata» i </w:t>
            </w:r>
            <w:proofErr w:type="spellStart"/>
            <w:r w:rsidRPr="003C3E22">
              <w:rPr>
                <w:b/>
                <w:color w:val="375623"/>
                <w:sz w:val="19"/>
                <w:lang w:val="nb-NO"/>
              </w:rPr>
              <w:t>tilskuddsmalen</w:t>
            </w:r>
            <w:proofErr w:type="spellEnd"/>
            <w:r w:rsidRPr="003C3E22">
              <w:rPr>
                <w:b/>
                <w:color w:val="375623"/>
                <w:sz w:val="19"/>
                <w:lang w:val="nb-NO"/>
              </w:rPr>
              <w:t>.</w:t>
            </w:r>
          </w:p>
        </w:tc>
      </w:tr>
      <w:tr w:rsidR="004D0156" w:rsidRPr="007927B6" w14:paraId="118AA8B0" w14:textId="77777777">
        <w:tc>
          <w:tcPr>
            <w:tcW w:w="2551" w:type="dxa"/>
            <w:shd w:val="clear" w:color="auto" w:fill="F7FAF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745F29" w14:textId="77777777" w:rsidR="004D0156" w:rsidRDefault="003C3E22">
            <w:r>
              <w:rPr>
                <w:b/>
                <w:sz w:val="19"/>
              </w:rPr>
              <w:t>2</w:t>
            </w:r>
            <w:proofErr w:type="gramStart"/>
            <w:r>
              <w:rPr>
                <w:b/>
                <w:sz w:val="19"/>
              </w:rPr>
              <w:t>.  lim</w:t>
            </w:r>
            <w:proofErr w:type="gramEnd"/>
            <w:r>
              <w:rPr>
                <w:b/>
                <w:sz w:val="19"/>
              </w:rPr>
              <w:t xml:space="preserve"> inn BASILresultatregnskap</w:t>
            </w:r>
          </w:p>
        </w:tc>
        <w:tc>
          <w:tcPr>
            <w:tcW w:w="3969" w:type="dxa"/>
            <w:shd w:val="clear" w:color="auto" w:fill="F7FAF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7380E8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sz w:val="19"/>
                <w:lang w:val="nb-NO"/>
              </w:rPr>
              <w:t>Mottar full BASIL Regnskap-eksport (189 kol). Lim inn fra rad 3. Inneholder alle regnskapsopplysninger, inkludert sensitive felt.</w:t>
            </w:r>
          </w:p>
        </w:tc>
        <w:tc>
          <w:tcPr>
            <w:tcW w:w="3118" w:type="dxa"/>
            <w:shd w:val="clear" w:color="auto" w:fill="F7FAF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253C64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color w:val="555555"/>
                <w:sz w:val="19"/>
                <w:lang w:val="nb-NO"/>
              </w:rPr>
              <w:t>Brukes ikke direkte.</w:t>
            </w:r>
            <w:r w:rsidRPr="003C3E22">
              <w:rPr>
                <w:sz w:val="19"/>
                <w:lang w:val="nb-NO"/>
              </w:rPr>
              <w:t xml:space="preserve"> Rådata forblir her.</w:t>
            </w:r>
          </w:p>
        </w:tc>
      </w:tr>
      <w:tr w:rsidR="004D0156" w:rsidRPr="007927B6" w14:paraId="5D4B31E8" w14:textId="77777777">
        <w:tc>
          <w:tcPr>
            <w:tcW w:w="25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76320B" w14:textId="77777777" w:rsidR="004D0156" w:rsidRDefault="003C3E22">
            <w:r>
              <w:rPr>
                <w:b/>
                <w:color w:val="375623"/>
                <w:sz w:val="19"/>
              </w:rPr>
              <w:t>2.  bearbei BASILresultatregnsk.</w:t>
            </w:r>
          </w:p>
        </w:tc>
        <w:tc>
          <w:tcPr>
            <w:tcW w:w="39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6A9C20" w14:textId="48969369" w:rsidR="004D0156" w:rsidRPr="003C3E22" w:rsidRDefault="003C3E22">
            <w:pPr>
              <w:rPr>
                <w:lang w:val="nb-NO"/>
              </w:rPr>
            </w:pPr>
            <w:r w:rsidRPr="003C3E22">
              <w:rPr>
                <w:b/>
                <w:sz w:val="19"/>
                <w:lang w:val="nb-NO"/>
              </w:rPr>
              <w:t>Bearbeidet utdrag – kun 9 kolonner:</w:t>
            </w:r>
            <w:r w:rsidRPr="003C3E22">
              <w:rPr>
                <w:sz w:val="19"/>
                <w:lang w:val="nb-NO"/>
              </w:rPr>
              <w:t xml:space="preserve"> år, org.nr, barnehage, </w:t>
            </w:r>
            <w:proofErr w:type="spellStart"/>
            <w:r w:rsidRPr="003C3E22">
              <w:rPr>
                <w:sz w:val="19"/>
                <w:lang w:val="nb-NO"/>
              </w:rPr>
              <w:t>kommunenr</w:t>
            </w:r>
            <w:proofErr w:type="spellEnd"/>
            <w:r w:rsidRPr="003C3E22">
              <w:rPr>
                <w:sz w:val="19"/>
                <w:lang w:val="nb-NO"/>
              </w:rPr>
              <w:t xml:space="preserve">, kommunenavn, bydel, bydelsnavn, eiertype og </w:t>
            </w:r>
            <w:r w:rsidR="007927B6">
              <w:rPr>
                <w:sz w:val="19"/>
                <w:lang w:val="nb-NO"/>
              </w:rPr>
              <w:t>pensjonsgivende lønn</w:t>
            </w:r>
            <w:r w:rsidRPr="003C3E22">
              <w:rPr>
                <w:sz w:val="19"/>
                <w:lang w:val="nb-NO"/>
              </w:rPr>
              <w:t>.</w:t>
            </w:r>
          </w:p>
        </w:tc>
        <w:tc>
          <w:tcPr>
            <w:tcW w:w="311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F44015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b/>
                <w:color w:val="375623"/>
                <w:sz w:val="19"/>
                <w:lang w:val="nb-NO"/>
              </w:rPr>
              <w:t xml:space="preserve">→ Limes inn i fane «1.B BASIL-resultatregnskap» i </w:t>
            </w:r>
            <w:proofErr w:type="spellStart"/>
            <w:r w:rsidRPr="003C3E22">
              <w:rPr>
                <w:b/>
                <w:color w:val="375623"/>
                <w:sz w:val="19"/>
                <w:lang w:val="nb-NO"/>
              </w:rPr>
              <w:t>tilskuddsmalen</w:t>
            </w:r>
            <w:proofErr w:type="spellEnd"/>
            <w:r w:rsidRPr="003C3E22">
              <w:rPr>
                <w:b/>
                <w:color w:val="375623"/>
                <w:sz w:val="19"/>
                <w:lang w:val="nb-NO"/>
              </w:rPr>
              <w:t>.</w:t>
            </w:r>
          </w:p>
        </w:tc>
      </w:tr>
    </w:tbl>
    <w:p w14:paraId="28C667AD" w14:textId="77777777" w:rsidR="004D0156" w:rsidRPr="003C3E22" w:rsidRDefault="004D0156">
      <w:pPr>
        <w:spacing w:after="80"/>
        <w:rPr>
          <w:lang w:val="nb-NO"/>
        </w:rPr>
      </w:pPr>
    </w:p>
    <w:p w14:paraId="5E841BE2" w14:textId="77777777" w:rsidR="004D0156" w:rsidRPr="003C3E22" w:rsidRDefault="003C3E22">
      <w:pPr>
        <w:pStyle w:val="Overskrift2"/>
        <w:rPr>
          <w:lang w:val="nb-NO"/>
        </w:rPr>
      </w:pPr>
      <w:r w:rsidRPr="003C3E22">
        <w:rPr>
          <w:lang w:val="nb-NO"/>
        </w:rPr>
        <w:t>Fremgangsmåte – steg for steg</w:t>
      </w:r>
    </w:p>
    <w:p w14:paraId="0D2E843F" w14:textId="77777777" w:rsidR="004D0156" w:rsidRPr="003C3E22" w:rsidRDefault="003C3E22">
      <w:pPr>
        <w:spacing w:before="20" w:after="80"/>
        <w:rPr>
          <w:lang w:val="nb-NO"/>
        </w:rPr>
      </w:pPr>
      <w:r w:rsidRPr="003C3E22">
        <w:rPr>
          <w:b/>
          <w:color w:val="1E4D8C"/>
          <w:lang w:val="nb-NO"/>
        </w:rPr>
        <w:t xml:space="preserve">Steg </w:t>
      </w:r>
      <w:proofErr w:type="gramStart"/>
      <w:r w:rsidRPr="003C3E22">
        <w:rPr>
          <w:b/>
          <w:color w:val="1E4D8C"/>
          <w:lang w:val="nb-NO"/>
        </w:rPr>
        <w:t xml:space="preserve">1  </w:t>
      </w:r>
      <w:r w:rsidRPr="003C3E22">
        <w:rPr>
          <w:b/>
          <w:lang w:val="nb-NO"/>
        </w:rPr>
        <w:t>Lim</w:t>
      </w:r>
      <w:proofErr w:type="gramEnd"/>
      <w:r w:rsidRPr="003C3E22">
        <w:rPr>
          <w:b/>
          <w:lang w:val="nb-NO"/>
        </w:rPr>
        <w:t xml:space="preserve"> inn BASIL Årsmelding-eksport</w:t>
      </w:r>
    </w:p>
    <w:p w14:paraId="4C9421E1" w14:textId="77777777" w:rsidR="004D0156" w:rsidRPr="003C3E22" w:rsidRDefault="003C3E22">
      <w:pPr>
        <w:spacing w:before="20" w:after="160"/>
        <w:rPr>
          <w:lang w:val="nb-NO"/>
        </w:rPr>
      </w:pPr>
      <w:r w:rsidRPr="003C3E22">
        <w:rPr>
          <w:lang w:val="nb-NO"/>
        </w:rPr>
        <w:t xml:space="preserve">Åpne bearbeidingsmalen og gå til fane </w:t>
      </w:r>
      <w:r w:rsidRPr="003C3E22">
        <w:rPr>
          <w:b/>
          <w:lang w:val="nb-NO"/>
        </w:rPr>
        <w:t>"1. lim inn BASIL-rådata her"</w:t>
      </w:r>
      <w:r w:rsidRPr="003C3E22">
        <w:rPr>
          <w:lang w:val="nb-NO"/>
        </w:rPr>
        <w:t xml:space="preserve">. Kopier alle </w:t>
      </w:r>
      <w:proofErr w:type="spellStart"/>
      <w:r w:rsidRPr="003C3E22">
        <w:rPr>
          <w:lang w:val="nb-NO"/>
        </w:rPr>
        <w:t>dataradene</w:t>
      </w:r>
      <w:proofErr w:type="spellEnd"/>
      <w:r w:rsidRPr="003C3E22">
        <w:rPr>
          <w:lang w:val="nb-NO"/>
        </w:rPr>
        <w:t xml:space="preserve"> fra BASIL-eksporten (fra rad 3 og nedover, </w:t>
      </w:r>
      <w:r w:rsidRPr="003C3E22">
        <w:rPr>
          <w:i/>
          <w:lang w:val="nb-NO"/>
        </w:rPr>
        <w:t>ikke overskriftsraden</w:t>
      </w:r>
      <w:r w:rsidRPr="003C3E22">
        <w:rPr>
          <w:lang w:val="nb-NO"/>
        </w:rPr>
        <w:t xml:space="preserve">) og lim inn med </w:t>
      </w:r>
      <w:r w:rsidRPr="003C3E22">
        <w:rPr>
          <w:b/>
          <w:lang w:val="nb-NO"/>
        </w:rPr>
        <w:t>Lim inn verdier</w:t>
      </w:r>
      <w:r w:rsidRPr="003C3E22">
        <w:rPr>
          <w:lang w:val="nb-NO"/>
        </w:rPr>
        <w:t xml:space="preserve"> (</w:t>
      </w:r>
      <w:proofErr w:type="spellStart"/>
      <w:r w:rsidRPr="003C3E22">
        <w:rPr>
          <w:lang w:val="nb-NO"/>
        </w:rPr>
        <w:t>Ctrl+Shift+V</w:t>
      </w:r>
      <w:proofErr w:type="spellEnd"/>
      <w:r w:rsidRPr="003C3E22">
        <w:rPr>
          <w:lang w:val="nb-NO"/>
        </w:rPr>
        <w:t>) fra og med celle A3. Inkluder alle barnehager for de aktuelle årene.</w:t>
      </w:r>
    </w:p>
    <w:p w14:paraId="69E48908" w14:textId="77777777" w:rsidR="004D0156" w:rsidRPr="003C3E22" w:rsidRDefault="003C3E22">
      <w:pPr>
        <w:spacing w:before="20" w:after="80"/>
        <w:rPr>
          <w:lang w:val="nb-NO"/>
        </w:rPr>
      </w:pPr>
      <w:r w:rsidRPr="003C3E22">
        <w:rPr>
          <w:b/>
          <w:color w:val="1E4D8C"/>
          <w:lang w:val="nb-NO"/>
        </w:rPr>
        <w:t xml:space="preserve">Steg </w:t>
      </w:r>
      <w:proofErr w:type="gramStart"/>
      <w:r w:rsidRPr="003C3E22">
        <w:rPr>
          <w:b/>
          <w:color w:val="1E4D8C"/>
          <w:lang w:val="nb-NO"/>
        </w:rPr>
        <w:t xml:space="preserve">2  </w:t>
      </w:r>
      <w:r w:rsidRPr="003C3E22">
        <w:rPr>
          <w:b/>
          <w:lang w:val="nb-NO"/>
        </w:rPr>
        <w:t>Lim</w:t>
      </w:r>
      <w:proofErr w:type="gramEnd"/>
      <w:r w:rsidRPr="003C3E22">
        <w:rPr>
          <w:b/>
          <w:lang w:val="nb-NO"/>
        </w:rPr>
        <w:t xml:space="preserve"> inn BASIL Regnskap-eksport</w:t>
      </w:r>
    </w:p>
    <w:p w14:paraId="7F69DF01" w14:textId="77777777" w:rsidR="004D0156" w:rsidRPr="003C3E22" w:rsidRDefault="003C3E22">
      <w:pPr>
        <w:spacing w:before="20" w:after="160"/>
        <w:rPr>
          <w:lang w:val="nb-NO"/>
        </w:rPr>
      </w:pPr>
      <w:r w:rsidRPr="003C3E22">
        <w:rPr>
          <w:lang w:val="nb-NO"/>
        </w:rPr>
        <w:t xml:space="preserve">Gå til fane </w:t>
      </w:r>
      <w:r w:rsidRPr="003C3E22">
        <w:rPr>
          <w:b/>
          <w:lang w:val="nb-NO"/>
        </w:rPr>
        <w:t xml:space="preserve">"2. lim inn </w:t>
      </w:r>
      <w:proofErr w:type="spellStart"/>
      <w:r w:rsidRPr="003C3E22">
        <w:rPr>
          <w:b/>
          <w:lang w:val="nb-NO"/>
        </w:rPr>
        <w:t>BASILresultatregnskap</w:t>
      </w:r>
      <w:proofErr w:type="spellEnd"/>
      <w:r w:rsidRPr="003C3E22">
        <w:rPr>
          <w:b/>
          <w:lang w:val="nb-NO"/>
        </w:rPr>
        <w:t>"</w:t>
      </w:r>
      <w:r w:rsidRPr="003C3E22">
        <w:rPr>
          <w:lang w:val="nb-NO"/>
        </w:rPr>
        <w:t xml:space="preserve"> og lim inn </w:t>
      </w:r>
      <w:proofErr w:type="spellStart"/>
      <w:r w:rsidRPr="003C3E22">
        <w:rPr>
          <w:lang w:val="nb-NO"/>
        </w:rPr>
        <w:t>dataradene</w:t>
      </w:r>
      <w:proofErr w:type="spellEnd"/>
      <w:r w:rsidRPr="003C3E22">
        <w:rPr>
          <w:lang w:val="nb-NO"/>
        </w:rPr>
        <w:t xml:space="preserve"> fra BASIL regnskap-eksporten på samme måte, fra og med celle A3 med Lim inn verdier.</w:t>
      </w:r>
    </w:p>
    <w:p w14:paraId="1B9D272C" w14:textId="77777777" w:rsidR="004D0156" w:rsidRPr="003C3E22" w:rsidRDefault="003C3E22">
      <w:pPr>
        <w:spacing w:before="20" w:after="80"/>
        <w:rPr>
          <w:lang w:val="nb-NO"/>
        </w:rPr>
      </w:pPr>
      <w:r w:rsidRPr="003C3E22">
        <w:rPr>
          <w:b/>
          <w:color w:val="375623"/>
          <w:lang w:val="nb-NO"/>
        </w:rPr>
        <w:t xml:space="preserve">Steg </w:t>
      </w:r>
      <w:proofErr w:type="gramStart"/>
      <w:r w:rsidRPr="003C3E22">
        <w:rPr>
          <w:b/>
          <w:color w:val="375623"/>
          <w:lang w:val="nb-NO"/>
        </w:rPr>
        <w:t xml:space="preserve">3  </w:t>
      </w:r>
      <w:r w:rsidRPr="003C3E22">
        <w:rPr>
          <w:b/>
          <w:lang w:val="nb-NO"/>
        </w:rPr>
        <w:t>Kopier</w:t>
      </w:r>
      <w:proofErr w:type="gramEnd"/>
      <w:r w:rsidRPr="003C3E22">
        <w:rPr>
          <w:b/>
          <w:lang w:val="nb-NO"/>
        </w:rPr>
        <w:t xml:space="preserve"> de bearbeidede </w:t>
      </w:r>
      <w:proofErr w:type="gramStart"/>
      <w:r w:rsidRPr="003C3E22">
        <w:rPr>
          <w:b/>
          <w:lang w:val="nb-NO"/>
        </w:rPr>
        <w:t>fanene</w:t>
      </w:r>
      <w:proofErr w:type="gramEnd"/>
      <w:r w:rsidRPr="003C3E22">
        <w:rPr>
          <w:b/>
          <w:lang w:val="nb-NO"/>
        </w:rPr>
        <w:t xml:space="preserve"> til </w:t>
      </w:r>
      <w:proofErr w:type="spellStart"/>
      <w:r w:rsidRPr="003C3E22">
        <w:rPr>
          <w:b/>
          <w:lang w:val="nb-NO"/>
        </w:rPr>
        <w:t>tilskuddsmalen</w:t>
      </w:r>
      <w:proofErr w:type="spellEnd"/>
    </w:p>
    <w:p w14:paraId="76F4758F" w14:textId="77777777" w:rsidR="004D0156" w:rsidRPr="003C3E22" w:rsidRDefault="003C3E22">
      <w:pPr>
        <w:spacing w:before="20" w:after="160"/>
        <w:rPr>
          <w:lang w:val="nb-NO"/>
        </w:rPr>
      </w:pPr>
      <w:r w:rsidRPr="003C3E22">
        <w:rPr>
          <w:lang w:val="nb-NO"/>
        </w:rPr>
        <w:t xml:space="preserve">Når rådata er på plass, oppdateres de to bearbeidede </w:t>
      </w:r>
      <w:proofErr w:type="gramStart"/>
      <w:r w:rsidRPr="003C3E22">
        <w:rPr>
          <w:lang w:val="nb-NO"/>
        </w:rPr>
        <w:t>fanene</w:t>
      </w:r>
      <w:proofErr w:type="gramEnd"/>
      <w:r w:rsidRPr="003C3E22">
        <w:rPr>
          <w:lang w:val="nb-NO"/>
        </w:rPr>
        <w:t xml:space="preserve"> automatisk. Gå til fane </w:t>
      </w:r>
      <w:r w:rsidRPr="003C3E22">
        <w:rPr>
          <w:b/>
          <w:lang w:val="nb-NO"/>
        </w:rPr>
        <w:t xml:space="preserve">"1. BASIL-rådata til </w:t>
      </w:r>
      <w:proofErr w:type="spellStart"/>
      <w:r w:rsidRPr="003C3E22">
        <w:rPr>
          <w:b/>
          <w:lang w:val="nb-NO"/>
        </w:rPr>
        <w:t>tilskuddsmal</w:t>
      </w:r>
      <w:proofErr w:type="spellEnd"/>
      <w:r w:rsidRPr="003C3E22">
        <w:rPr>
          <w:b/>
          <w:lang w:val="nb-NO"/>
        </w:rPr>
        <w:t>"</w:t>
      </w:r>
      <w:r w:rsidRPr="003C3E22">
        <w:rPr>
          <w:lang w:val="nb-NO"/>
        </w:rPr>
        <w:t xml:space="preserve">, merk alle </w:t>
      </w:r>
      <w:proofErr w:type="spellStart"/>
      <w:r w:rsidRPr="003C3E22">
        <w:rPr>
          <w:lang w:val="nb-NO"/>
        </w:rPr>
        <w:t>dataradene</w:t>
      </w:r>
      <w:proofErr w:type="spellEnd"/>
      <w:r w:rsidRPr="003C3E22">
        <w:rPr>
          <w:lang w:val="nb-NO"/>
        </w:rPr>
        <w:t xml:space="preserve"> (fra rad 3) og kopier. Lim inn med Lim inn verdier </w:t>
      </w:r>
      <w:r w:rsidRPr="003C3E22">
        <w:rPr>
          <w:lang w:val="nb-NO"/>
        </w:rPr>
        <w:lastRenderedPageBreak/>
        <w:t xml:space="preserve">i fane </w:t>
      </w:r>
      <w:r w:rsidRPr="003C3E22">
        <w:rPr>
          <w:b/>
          <w:lang w:val="nb-NO"/>
        </w:rPr>
        <w:t>"1. BASIL-rådata"</w:t>
      </w:r>
      <w:r w:rsidRPr="003C3E22">
        <w:rPr>
          <w:lang w:val="nb-NO"/>
        </w:rPr>
        <w:t xml:space="preserve"> i </w:t>
      </w:r>
      <w:proofErr w:type="spellStart"/>
      <w:r w:rsidRPr="003C3E22">
        <w:rPr>
          <w:lang w:val="nb-NO"/>
        </w:rPr>
        <w:t>tilskuddsmalen</w:t>
      </w:r>
      <w:proofErr w:type="spellEnd"/>
      <w:r w:rsidRPr="003C3E22">
        <w:rPr>
          <w:lang w:val="nb-NO"/>
        </w:rPr>
        <w:t xml:space="preserve"> fra celle A3. Gjør det samme for fane </w:t>
      </w:r>
      <w:r w:rsidRPr="003C3E22">
        <w:rPr>
          <w:b/>
          <w:lang w:val="nb-NO"/>
        </w:rPr>
        <w:t xml:space="preserve">"2. </w:t>
      </w:r>
      <w:proofErr w:type="spellStart"/>
      <w:r w:rsidRPr="003C3E22">
        <w:rPr>
          <w:b/>
          <w:lang w:val="nb-NO"/>
        </w:rPr>
        <w:t>bearbei</w:t>
      </w:r>
      <w:proofErr w:type="spellEnd"/>
      <w:r w:rsidRPr="003C3E22">
        <w:rPr>
          <w:b/>
          <w:lang w:val="nb-NO"/>
        </w:rPr>
        <w:t xml:space="preserve"> </w:t>
      </w:r>
      <w:proofErr w:type="spellStart"/>
      <w:r w:rsidRPr="003C3E22">
        <w:rPr>
          <w:b/>
          <w:lang w:val="nb-NO"/>
        </w:rPr>
        <w:t>BASILresultatregnsk</w:t>
      </w:r>
      <w:proofErr w:type="spellEnd"/>
      <w:r w:rsidRPr="003C3E22">
        <w:rPr>
          <w:b/>
          <w:lang w:val="nb-NO"/>
        </w:rPr>
        <w:t>."</w:t>
      </w:r>
      <w:r w:rsidRPr="003C3E22">
        <w:rPr>
          <w:lang w:val="nb-NO"/>
        </w:rPr>
        <w:t xml:space="preserve"> → fane </w:t>
      </w:r>
      <w:r w:rsidRPr="003C3E22">
        <w:rPr>
          <w:b/>
          <w:lang w:val="nb-NO"/>
        </w:rPr>
        <w:t>"1.B BASIL-resultatregnskap"</w:t>
      </w:r>
      <w:r w:rsidRPr="003C3E22">
        <w:rPr>
          <w:lang w:val="nb-NO"/>
        </w:rPr>
        <w:t xml:space="preserve"> i </w:t>
      </w:r>
      <w:proofErr w:type="spellStart"/>
      <w:r w:rsidRPr="003C3E22">
        <w:rPr>
          <w:lang w:val="nb-NO"/>
        </w:rPr>
        <w:t>tilskuddsmalen</w:t>
      </w:r>
      <w:proofErr w:type="spellEnd"/>
      <w:r w:rsidRPr="003C3E22">
        <w:rPr>
          <w:lang w:val="nb-NO"/>
        </w:rPr>
        <w:t>.</w:t>
      </w:r>
    </w:p>
    <w:p w14:paraId="1B4EE018" w14:textId="77777777" w:rsidR="004D0156" w:rsidRPr="003C3E22" w:rsidRDefault="003C3E22">
      <w:pPr>
        <w:spacing w:before="20" w:after="80"/>
        <w:rPr>
          <w:lang w:val="nb-NO"/>
        </w:rPr>
      </w:pPr>
      <w:r w:rsidRPr="003C3E22">
        <w:rPr>
          <w:b/>
          <w:color w:val="C05000"/>
          <w:lang w:val="nb-NO"/>
        </w:rPr>
        <w:t xml:space="preserve">Steg </w:t>
      </w:r>
      <w:proofErr w:type="gramStart"/>
      <w:r w:rsidRPr="003C3E22">
        <w:rPr>
          <w:b/>
          <w:color w:val="C05000"/>
          <w:lang w:val="nb-NO"/>
        </w:rPr>
        <w:t xml:space="preserve">4  </w:t>
      </w:r>
      <w:r w:rsidRPr="003C3E22">
        <w:rPr>
          <w:b/>
          <w:lang w:val="nb-NO"/>
        </w:rPr>
        <w:t>Lagre</w:t>
      </w:r>
      <w:proofErr w:type="gramEnd"/>
      <w:r w:rsidRPr="003C3E22">
        <w:rPr>
          <w:b/>
          <w:lang w:val="nb-NO"/>
        </w:rPr>
        <w:t xml:space="preserve"> og lukk bearbeidingsmalen</w:t>
      </w:r>
    </w:p>
    <w:p w14:paraId="3BF7B6FC" w14:textId="77777777" w:rsidR="004D0156" w:rsidRPr="003C3E22" w:rsidRDefault="003C3E22">
      <w:pPr>
        <w:spacing w:before="20" w:after="160"/>
        <w:rPr>
          <w:lang w:val="nb-NO"/>
        </w:rPr>
      </w:pPr>
      <w:r w:rsidRPr="003C3E22">
        <w:rPr>
          <w:lang w:val="nb-NO"/>
        </w:rPr>
        <w:t xml:space="preserve">Lagre bearbeidingsmalen for eventuell dokumentasjon, men </w:t>
      </w:r>
      <w:r w:rsidRPr="003C3E22">
        <w:rPr>
          <w:b/>
          <w:lang w:val="nb-NO"/>
        </w:rPr>
        <w:t>del den ikke videre</w:t>
      </w:r>
      <w:r w:rsidRPr="003C3E22">
        <w:rPr>
          <w:lang w:val="nb-NO"/>
        </w:rPr>
        <w:t xml:space="preserve"> – den inneholder rådata med personopplysninger. Kun </w:t>
      </w:r>
      <w:proofErr w:type="spellStart"/>
      <w:r w:rsidRPr="003C3E22">
        <w:rPr>
          <w:lang w:val="nb-NO"/>
        </w:rPr>
        <w:t>tilskuddsmalen</w:t>
      </w:r>
      <w:proofErr w:type="spellEnd"/>
      <w:r w:rsidRPr="003C3E22">
        <w:rPr>
          <w:lang w:val="nb-NO"/>
        </w:rPr>
        <w:t xml:space="preserve"> (som nå inneholder de bearbeidede uttrekkene) er egnet for deling.</w:t>
      </w:r>
    </w:p>
    <w:p w14:paraId="3DBB82C2" w14:textId="77777777" w:rsidR="004D0156" w:rsidRPr="003C3E22" w:rsidRDefault="004D0156">
      <w:pPr>
        <w:spacing w:after="160"/>
        <w:rPr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42"/>
      </w:tblGrid>
      <w:tr w:rsidR="004D0156" w:rsidRPr="007927B6" w14:paraId="163E723B" w14:textId="77777777">
        <w:tc>
          <w:tcPr>
            <w:tcW w:w="9072" w:type="dxa"/>
            <w:tcBorders>
              <w:top w:val="single" w:sz="4" w:space="0" w:color="1E4D8C"/>
              <w:left w:val="single" w:sz="20" w:space="0" w:color="1E4D8C"/>
              <w:bottom w:val="none" w:sz="0" w:space="0" w:color="FFFFFF"/>
              <w:right w:val="single" w:sz="4" w:space="0" w:color="1E4D8C"/>
            </w:tcBorders>
            <w:shd w:val="clear" w:color="auto" w:fill="D9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941D8C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b/>
                <w:color w:val="1E4D8C"/>
                <w:lang w:val="nb-NO"/>
              </w:rPr>
              <w:t xml:space="preserve">De bearbeidede </w:t>
            </w:r>
            <w:proofErr w:type="gramStart"/>
            <w:r w:rsidRPr="003C3E22">
              <w:rPr>
                <w:b/>
                <w:color w:val="1E4D8C"/>
                <w:lang w:val="nb-NO"/>
              </w:rPr>
              <w:t>fanene</w:t>
            </w:r>
            <w:proofErr w:type="gramEnd"/>
            <w:r w:rsidRPr="003C3E22">
              <w:rPr>
                <w:b/>
                <w:color w:val="1E4D8C"/>
                <w:lang w:val="nb-NO"/>
              </w:rPr>
              <w:t xml:space="preserve"> inneholder kun</w:t>
            </w:r>
          </w:p>
        </w:tc>
      </w:tr>
      <w:tr w:rsidR="004D0156" w:rsidRPr="007927B6" w14:paraId="46E39B75" w14:textId="77777777">
        <w:tc>
          <w:tcPr>
            <w:tcW w:w="9072" w:type="dxa"/>
            <w:tcBorders>
              <w:top w:val="none" w:sz="0" w:space="0" w:color="FFFFFF"/>
              <w:left w:val="single" w:sz="20" w:space="0" w:color="1E4D8C"/>
              <w:bottom w:val="none" w:sz="0" w:space="0" w:color="FFFFFF"/>
              <w:right w:val="single" w:sz="4" w:space="0" w:color="1E4D8C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B10A43" w14:textId="77777777" w:rsidR="004D0156" w:rsidRPr="003C3E22" w:rsidRDefault="003C3E22">
            <w:pPr>
              <w:rPr>
                <w:lang w:val="nb-NO"/>
              </w:rPr>
            </w:pPr>
            <w:r w:rsidRPr="003C3E22">
              <w:rPr>
                <w:lang w:val="nb-NO"/>
              </w:rPr>
              <w:t>Årsmelding-uttrekk (fane 1 bearbeidet</w:t>
            </w:r>
            <w:proofErr w:type="gramStart"/>
            <w:r w:rsidRPr="003C3E22">
              <w:rPr>
                <w:lang w:val="nb-NO"/>
              </w:rPr>
              <w:t>):  år</w:t>
            </w:r>
            <w:proofErr w:type="gramEnd"/>
            <w:r w:rsidRPr="003C3E22">
              <w:rPr>
                <w:lang w:val="nb-NO"/>
              </w:rPr>
              <w:t xml:space="preserve">, </w:t>
            </w:r>
            <w:proofErr w:type="spellStart"/>
            <w:r w:rsidRPr="003C3E22">
              <w:rPr>
                <w:lang w:val="nb-NO"/>
              </w:rPr>
              <w:t>kommunenr</w:t>
            </w:r>
            <w:proofErr w:type="spellEnd"/>
            <w:r w:rsidRPr="003C3E22">
              <w:rPr>
                <w:lang w:val="nb-NO"/>
              </w:rPr>
              <w:t>/navn, bydel, fylke, barnehage, org.nr, etableringsår, barnehagetype, eiertype, antall årsverk med pensjonsforpliktelser (8E), heltidsplasser 0–2 år og 3–6 år.</w:t>
            </w:r>
          </w:p>
        </w:tc>
      </w:tr>
      <w:tr w:rsidR="004D0156" w:rsidRPr="007927B6" w14:paraId="50FB35CF" w14:textId="77777777">
        <w:tc>
          <w:tcPr>
            <w:tcW w:w="9072" w:type="dxa"/>
            <w:tcBorders>
              <w:top w:val="none" w:sz="0" w:space="0" w:color="FFFFFF"/>
              <w:left w:val="single" w:sz="20" w:space="0" w:color="1E4D8C"/>
              <w:bottom w:val="single" w:sz="4" w:space="0" w:color="1E4D8C"/>
              <w:right w:val="single" w:sz="4" w:space="0" w:color="1E4D8C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CFBFBB" w14:textId="6A99814B" w:rsidR="004D0156" w:rsidRPr="003C3E22" w:rsidRDefault="003C3E22">
            <w:pPr>
              <w:rPr>
                <w:lang w:val="nb-NO"/>
              </w:rPr>
            </w:pPr>
            <w:r w:rsidRPr="003C3E22">
              <w:rPr>
                <w:lang w:val="nb-NO"/>
              </w:rPr>
              <w:t>Regnskap-uttrekk (fane 2 bearbeidet</w:t>
            </w:r>
            <w:proofErr w:type="gramStart"/>
            <w:r w:rsidRPr="003C3E22">
              <w:rPr>
                <w:lang w:val="nb-NO"/>
              </w:rPr>
              <w:t>):  år</w:t>
            </w:r>
            <w:proofErr w:type="gramEnd"/>
            <w:r w:rsidRPr="003C3E22">
              <w:rPr>
                <w:lang w:val="nb-NO"/>
              </w:rPr>
              <w:t xml:space="preserve">, org.nr, barnehage, </w:t>
            </w:r>
            <w:proofErr w:type="spellStart"/>
            <w:r w:rsidRPr="003C3E22">
              <w:rPr>
                <w:lang w:val="nb-NO"/>
              </w:rPr>
              <w:t>kommunenr</w:t>
            </w:r>
            <w:proofErr w:type="spellEnd"/>
            <w:r w:rsidRPr="003C3E22">
              <w:rPr>
                <w:lang w:val="nb-NO"/>
              </w:rPr>
              <w:t xml:space="preserve">/navn, bydel/navn, eiertype og </w:t>
            </w:r>
            <w:r w:rsidR="007927B6">
              <w:rPr>
                <w:lang w:val="nb-NO"/>
              </w:rPr>
              <w:t>pensjonsgivende lønn</w:t>
            </w:r>
            <w:r w:rsidRPr="003C3E22">
              <w:rPr>
                <w:lang w:val="nb-NO"/>
              </w:rPr>
              <w:t>.</w:t>
            </w:r>
          </w:p>
        </w:tc>
      </w:tr>
    </w:tbl>
    <w:p w14:paraId="504C2DF9" w14:textId="77777777" w:rsidR="004D0156" w:rsidRPr="003C3E22" w:rsidRDefault="004D0156">
      <w:pPr>
        <w:spacing w:after="120"/>
        <w:rPr>
          <w:lang w:val="nb-NO"/>
        </w:rPr>
      </w:pPr>
    </w:p>
    <w:p w14:paraId="158C9941" w14:textId="77777777" w:rsidR="004D0156" w:rsidRPr="003C3E22" w:rsidRDefault="003C3E22">
      <w:pPr>
        <w:pBdr>
          <w:top w:val="single" w:sz="4" w:space="8" w:color="AAAAAA"/>
        </w:pBdr>
        <w:spacing w:before="280" w:after="0"/>
        <w:rPr>
          <w:lang w:val="nb-NO"/>
        </w:rPr>
      </w:pPr>
      <w:r w:rsidRPr="003C3E22">
        <w:rPr>
          <w:i/>
          <w:color w:val="555555"/>
          <w:sz w:val="17"/>
          <w:lang w:val="nb-NO"/>
        </w:rPr>
        <w:t>Personvern: BASIL-data er innhentet med hjemmel i barnehageloven og behandles i samsvar med personopplysningsloven og personvernforordningen (GDPR). Kommunen er behandlingsansvarlig. Rådata i bearbeidingsmalen skal oppbevares og slettes i tråd med kommunens rutiner for behandling av personopplysninger.</w:t>
      </w:r>
    </w:p>
    <w:sectPr w:rsidR="004D0156" w:rsidRPr="003C3E22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0131113">
    <w:abstractNumId w:val="8"/>
  </w:num>
  <w:num w:numId="2" w16cid:durableId="1937051491">
    <w:abstractNumId w:val="6"/>
  </w:num>
  <w:num w:numId="3" w16cid:durableId="1470900641">
    <w:abstractNumId w:val="5"/>
  </w:num>
  <w:num w:numId="4" w16cid:durableId="1932541753">
    <w:abstractNumId w:val="4"/>
  </w:num>
  <w:num w:numId="5" w16cid:durableId="149714008">
    <w:abstractNumId w:val="7"/>
  </w:num>
  <w:num w:numId="6" w16cid:durableId="720981336">
    <w:abstractNumId w:val="3"/>
  </w:num>
  <w:num w:numId="7" w16cid:durableId="116459568">
    <w:abstractNumId w:val="2"/>
  </w:num>
  <w:num w:numId="8" w16cid:durableId="2088069164">
    <w:abstractNumId w:val="1"/>
  </w:num>
  <w:num w:numId="9" w16cid:durableId="37863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3E22"/>
    <w:rsid w:val="004C526F"/>
    <w:rsid w:val="004D0156"/>
    <w:rsid w:val="00677F2D"/>
    <w:rsid w:val="007927B6"/>
    <w:rsid w:val="0093495E"/>
    <w:rsid w:val="009A1D52"/>
    <w:rsid w:val="00AA1D8D"/>
    <w:rsid w:val="00B47730"/>
    <w:rsid w:val="00C239A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7592DD"/>
  <w14:defaultImageDpi w14:val="300"/>
  <w15:docId w15:val="{82F93ED7-799E-43C9-893F-9A0AA54A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E4D8C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E4D8C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E4D8C"/>
      <w:sz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3184</Characters>
  <Application>Microsoft Office Word</Application>
  <DocSecurity>0</DocSecurity>
  <Lines>83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Christian Weisæth Monsbakken</cp:lastModifiedBy>
  <cp:revision>2</cp:revision>
  <dcterms:created xsi:type="dcterms:W3CDTF">2026-09-16T07:32:00Z</dcterms:created>
  <dcterms:modified xsi:type="dcterms:W3CDTF">2026-09-16T07:32:00Z</dcterms:modified>
  <cp:category/>
</cp:coreProperties>
</file>